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ZERO BALANCE LETTER</w:t>
      </w:r>
    </w:p>
    <w:p/>
    <w:p/>
    <w:p>
      <w:r>
        <w:rPr>
          <w:b/>
          <w:sz w:val="20"/>
        </w:rPr>
        <w:t>Account Holder Information:</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City, State, ZIP: 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Creditor Information:</w:t>
      </w:r>
    </w:p>
    <w:p>
      <w:r>
        <w:rPr>
          <w:b w:val="0"/>
          <w:sz w:val="20"/>
        </w:rPr>
        <w:t>Creditor Name: _______________________________________________________</w:t>
      </w:r>
    </w:p>
    <w:p>
      <w:r>
        <w:rPr>
          <w:b w:val="0"/>
          <w:sz w:val="20"/>
        </w:rPr>
        <w:t>Address: ______________________________________________________________</w:t>
      </w:r>
    </w:p>
    <w:p>
      <w:r>
        <w:rPr>
          <w:b w:val="0"/>
          <w:sz w:val="20"/>
        </w:rPr>
        <w:t>City, State, ZIP: 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Account Details:</w:t>
      </w:r>
    </w:p>
    <w:p>
      <w:r>
        <w:rPr>
          <w:b w:val="0"/>
          <w:sz w:val="20"/>
        </w:rPr>
        <w:t>Account Number: ______________________________________________________</w:t>
      </w:r>
    </w:p>
    <w:p>
      <w:r>
        <w:rPr>
          <w:b w:val="0"/>
          <w:sz w:val="20"/>
        </w:rPr>
        <w:t>Original Loan Amount: ________________________________________________</w:t>
      </w:r>
    </w:p>
    <w:p>
      <w:r>
        <w:rPr>
          <w:b w:val="0"/>
          <w:sz w:val="20"/>
        </w:rPr>
        <w:t>Date Opened: _________________________________________________________</w:t>
      </w:r>
    </w:p>
    <w:p>
      <w:r>
        <w:rPr>
          <w:b w:val="0"/>
          <w:sz w:val="20"/>
        </w:rPr>
        <w:t>Date Closed: _________________________________________________________</w:t>
      </w:r>
    </w:p>
    <w:p/>
    <w:p>
      <w:r>
        <w:rPr>
          <w:b/>
          <w:sz w:val="20"/>
        </w:rPr>
        <w:t>To Whom It May Concern:</w:t>
      </w:r>
    </w:p>
    <w:p/>
    <w:p>
      <w:r>
        <w:rPr>
          <w:b w:val="0"/>
          <w:sz w:val="20"/>
        </w:rPr>
        <w:t>This letter serves as official confirmation that the above-referenced account with the Creditor has been paid in full and has a zero balance. The undersigned confirms that no outstanding amounts remain due or owing under this account.</w:t>
      </w:r>
    </w:p>
    <w:p/>
    <w:p>
      <w:r>
        <w:rPr>
          <w:b w:val="0"/>
          <w:sz w:val="20"/>
        </w:rPr>
        <w:t>The Creditor hereby acknowledges receipt of all payments and confirms that the account is closed and no further payments are required. This Zero Balance Letter is issued in good faith and solely for the purpose of evidencing the satisfaction of the debt.</w:t>
      </w:r>
    </w:p>
    <w:p/>
    <w:p>
      <w:r>
        <w:rPr>
          <w:b w:val="0"/>
          <w:sz w:val="20"/>
        </w:rPr>
        <w:t>The Creditor represents and warrants that the account is free from any liens, encumbrances, or claims by any third parties arising from the subject loan or credit agreement. The Creditor further certifies that no pending or threatened legal actions exist in connection with this account.</w:t>
      </w:r>
    </w:p>
    <w:p/>
    <w:p>
      <w:r>
        <w:rPr>
          <w:b w:val="0"/>
          <w:sz w:val="20"/>
        </w:rPr>
        <w:t>This Zero Balance Letter shall not be construed as a waiver of any rights of the Creditor except as expressly set forth herein and shall be binding upon the Creditor and its successors and assigns.</w:t>
      </w:r>
    </w:p>
    <w:p/>
    <w:p>
      <w:r>
        <w:rPr>
          <w:b w:val="0"/>
          <w:sz w:val="20"/>
        </w:rPr>
        <w:t>This letter shall be governed by and construed in accordance with the laws of the State of ______________________, without regard to its conflict of law provisions. Any disputes arising out of or related to this letter shall be subject to the exclusive jurisdiction of the state and federal courts located within ______________________.</w:t>
      </w:r>
    </w:p>
    <w:p/>
    <w:p/>
    <w:p>
      <w:pPr>
        <w:jc w:val="center"/>
      </w:pPr>
      <w:r>
        <w:rPr>
          <w:b w:val="0"/>
          <w:sz w:val="20"/>
        </w:rPr>
        <w:t>Please retain this letter as evidence of your debt satisfaction.</w:t>
      </w:r>
    </w:p>
    <w:p/>
    <w:p/>
    <w:p/>
    <w:p>
      <w:pPr>
        <w:jc w:val="center"/>
      </w:pPr>
      <w:r>
        <w:rPr>
          <w:b w:val="0"/>
          <w:sz w:val="20"/>
        </w:rPr>
        <w:t>Sincerely,</w:t>
      </w:r>
    </w:p>
    <w:p/>
    <w:p/>
    <w:p/>
    <w:p/>
    <w:p/>
    <w:p>
      <w:r>
        <w:rPr>
          <w:b w:val="0"/>
          <w:sz w:val="20"/>
        </w:rPr>
        <w:t>Authorized Representative Signature: _________________________________</w:t>
      </w:r>
    </w:p>
    <w:p>
      <w:r>
        <w:rPr>
          <w:b w:val="0"/>
          <w:sz w:val="20"/>
        </w:rPr>
        <w:t>Printed Name: _______________________________________________________</w:t>
      </w:r>
    </w:p>
    <w:p>
      <w:r>
        <w:rPr>
          <w:b w:val="0"/>
          <w:sz w:val="20"/>
        </w:rPr>
        <w:t>Title: _______________________________________________________________</w:t>
      </w:r>
    </w:p>
    <w:p>
      <w:r>
        <w:rPr>
          <w:b w:val="0"/>
          <w:sz w:val="20"/>
        </w:rPr>
        <w:t>Date: ________________________________________________________________</w:t>
      </w:r>
    </w:p>
    <w:p/>
    <w:p/>
    <w:p>
      <w:r>
        <w:rPr>
          <w:b/>
          <w:sz w:val="20"/>
        </w:rPr>
        <w:t>Contact Information for Creditor:</w:t>
      </w:r>
    </w:p>
    <w:p>
      <w:r>
        <w:rPr>
          <w:b w:val="0"/>
          <w:sz w:val="20"/>
        </w:rPr>
        <w:t>Phone: _______________________________________________________________</w:t>
      </w:r>
    </w:p>
    <w:p>
      <w:r>
        <w:rPr>
          <w:b w:val="0"/>
          <w:sz w:val="20"/>
        </w:rPr>
        <w:t>Email: _______________________________________________________________</w:t>
      </w:r>
    </w:p>
    <w:p>
      <w:r>
        <w:rPr>
          <w:b w:val="0"/>
          <w:sz w:val="20"/>
        </w:rPr>
        <w:t>Address: ______________________________________________________________</w:t>
      </w:r>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rPr>
                <w:b/>
                <w:sz w:val="22"/>
              </w:rPr>
              <w:t>NOTARY ACKNOWLEDGEMENT</w:t>
            </w:r>
          </w:p>
        </w:tc>
      </w:tr>
      <w:tr>
        <w:tc>
          <w:tcPr>
            <w:tcW w:type="dxa" w:w="9972"/>
            <w:tcBorders>
              <w:top w:val="nil"/>
              <w:left w:val="nil"/>
              <w:bottom w:val="nil"/>
              <w:right w:val="nil"/>
              <w:insideH w:val="nil"/>
              <w:insideV w:val="nil"/>
            </w:tcBorders>
          </w:tcPr>
          <w:p>
            <w:pPr>
              <w:jc w:val="left"/>
            </w:pPr>
            <w:r>
              <w:rPr>
                <w:sz w:val="20"/>
              </w:rPr>
              <w:t>State of ______________________</w:t>
              <w:br/>
              <w:t>County of ______________________</w:t>
              <w:br/>
              <w:br/>
              <w:t>On ____________________, before me, ____________________, a Notary Public in and for said State, personally appeared ____________________,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tc>
      </w:tr>
      <w:tr>
        <w:tc>
          <w:tcPr>
            <w:tcW w:type="dxa" w:w="9972"/>
            <w:tcBorders>
              <w:top w:val="nil"/>
              <w:left w:val="nil"/>
              <w:bottom w:val="nil"/>
              <w:right w:val="nil"/>
              <w:insideH w:val="nil"/>
              <w:insideV w:val="nil"/>
            </w:tcBorders>
          </w:tcPr>
          <w:p>
            <w:pPr>
              <w:jc w:val="left"/>
            </w:pPr>
            <w:r>
              <w:rPr>
                <w:sz w:val="20"/>
              </w:rPr>
              <w:br/>
              <w:t>Notary Signature: _______________________________________________</w:t>
            </w:r>
          </w:p>
        </w:tc>
      </w:tr>
      <w:tr>
        <w:tc>
          <w:tcPr>
            <w:tcW w:type="dxa" w:w="9972"/>
            <w:tcBorders>
              <w:top w:val="nil"/>
              <w:left w:val="nil"/>
              <w:bottom w:val="nil"/>
              <w:right w:val="nil"/>
              <w:insideH w:val="nil"/>
              <w:insideV w:val="nil"/>
            </w:tcBorders>
          </w:tcPr>
          <w:p>
            <w:pPr>
              <w:jc w:val="center"/>
            </w:pPr>
            <w:r>
              <w:rPr>
                <w:sz w:val="20"/>
              </w:rPr>
              <w:br/>
              <w:t>(Seal)</w:t>
            </w:r>
          </w:p>
        </w:tc>
      </w:tr>
    </w:tbl>
    <w:p>
      <w:r>
        <w:br w:type="page"/>
      </w:r>
    </w:p>
    <w:p>
      <w:pPr>
        <w:jc w:val="center"/>
      </w:pPr>
      <w:r>
        <w:rPr>
          <w:color w:val="555555"/>
          <w:sz w:val="24"/>
        </w:rPr>
        <w:t>Original source of this document:</w:t>
      </w:r>
    </w:p>
    <w:p>
      <w:pPr>
        <w:jc w:val="center"/>
      </w:pPr>
      <w:hyperlink r:id="rId9">
        <w:r>
          <w:rPr>
            <w:color w:val="0000FF"/>
            <w:u w:val="single"/>
          </w:rPr>
          <w:t>https://letter247-us.com/zero-balance-letter/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zero-balance-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