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WORK EXPERIENCE LETTER</w:t>
      </w:r>
    </w:p>
    <w:p/>
    <w:p>
      <w:r>
        <w:rPr>
          <w:b/>
          <w:sz w:val="20"/>
        </w:rPr>
        <w:t>Company Name: ____________________________________________________________</w:t>
      </w:r>
    </w:p>
    <w:p>
      <w:r>
        <w:rPr>
          <w:b w:val="0"/>
          <w:sz w:val="20"/>
        </w:rPr>
        <w:t>Company Address: _________________________________________________________</w:t>
      </w:r>
    </w:p>
    <w:p>
      <w:r>
        <w:rPr>
          <w:b w:val="0"/>
          <w:sz w:val="20"/>
        </w:rPr>
        <w:t>City, State, ZIP: _________________________________________________________</w:t>
      </w:r>
    </w:p>
    <w:p>
      <w:r>
        <w:rPr>
          <w:b w:val="0"/>
          <w:sz w:val="20"/>
        </w:rPr>
        <w:t>Phone Number: ____________________________________________________________</w:t>
      </w:r>
    </w:p>
    <w:p>
      <w:r>
        <w:rPr>
          <w:b w:val="0"/>
          <w:sz w:val="20"/>
        </w:rPr>
        <w:t>Email: _________________________________________________________________</w:t>
      </w:r>
    </w:p>
    <w:p/>
    <w:p/>
    <w:p>
      <w:r>
        <w:rPr>
          <w:b/>
          <w:sz w:val="20"/>
        </w:rPr>
        <w:t>To Whom It May Concern,</w:t>
      </w:r>
    </w:p>
    <w:p/>
    <w:p>
      <w:r>
        <w:rPr>
          <w:b w:val="0"/>
          <w:sz w:val="20"/>
        </w:rPr>
        <w:t>This letter is to certify that the individual named below has been employed with our company and has gained valuable work experience throughout their tenure. The details of the employment are provided herein for your reference and verification.</w:t>
      </w:r>
    </w:p>
    <w:p/>
    <w:p>
      <w:r>
        <w:rPr>
          <w:b/>
          <w:sz w:val="20"/>
        </w:rPr>
        <w:t>Employee Information:</w:t>
      </w:r>
    </w:p>
    <w:p>
      <w:r>
        <w:rPr>
          <w:b w:val="0"/>
          <w:sz w:val="20"/>
        </w:rPr>
        <w:t>Full Name: ________________________________________________________________</w:t>
      </w:r>
    </w:p>
    <w:p>
      <w:r>
        <w:rPr>
          <w:b w:val="0"/>
          <w:sz w:val="20"/>
        </w:rPr>
        <w:t>Position/Job Title: _________________________________________________________</w:t>
      </w:r>
    </w:p>
    <w:p>
      <w:r>
        <w:rPr>
          <w:b w:val="0"/>
          <w:sz w:val="20"/>
        </w:rPr>
        <w:t>Department: ________________________________________________________________</w:t>
      </w:r>
    </w:p>
    <w:p>
      <w:r>
        <w:rPr>
          <w:b w:val="0"/>
          <w:sz w:val="20"/>
        </w:rPr>
        <w:t>Employee ID (if applicable): ________________________________________________</w:t>
      </w:r>
    </w:p>
    <w:p/>
    <w:p>
      <w:r>
        <w:rPr>
          <w:b/>
          <w:sz w:val="20"/>
        </w:rPr>
        <w:t>Employment Period:</w:t>
      </w:r>
    </w:p>
    <w:p>
      <w:r>
        <w:rPr>
          <w:b w:val="0"/>
          <w:sz w:val="20"/>
        </w:rPr>
        <w:t>Start Date: ____________________________</w:t>
      </w:r>
    </w:p>
    <w:p>
      <w:r>
        <w:rPr>
          <w:b w:val="0"/>
          <w:sz w:val="20"/>
        </w:rPr>
        <w:t>End Date: ______________________________ (if applicable)</w:t>
      </w:r>
    </w:p>
    <w:p/>
    <w:p>
      <w:r>
        <w:rPr>
          <w:b/>
          <w:sz w:val="20"/>
        </w:rPr>
        <w:t>Job Responsibilities and Duties:</w:t>
      </w:r>
    </w:p>
    <w:p>
      <w:r>
        <w:rPr>
          <w:b w:val="0"/>
          <w:sz w:val="20"/>
        </w:rPr>
        <w:t>The employee was responsible for but not limited to the following tasks:</w:t>
      </w:r>
    </w:p>
    <w:p>
      <w:r>
        <w:rPr>
          <w:b w:val="0"/>
          <w:sz w:val="20"/>
        </w:rPr>
        <w:t>- ________________________________________________________________________</w:t>
      </w:r>
    </w:p>
    <w:p>
      <w:r>
        <w:rPr>
          <w:b w:val="0"/>
          <w:sz w:val="20"/>
        </w:rPr>
        <w:t>- ________________________________________________________________________</w:t>
      </w:r>
    </w:p>
    <w:p>
      <w:r>
        <w:rPr>
          <w:b w:val="0"/>
          <w:sz w:val="20"/>
        </w:rPr>
        <w:t>- ________________________________________________________________________</w:t>
      </w:r>
    </w:p>
    <w:p>
      <w:r>
        <w:rPr>
          <w:b w:val="0"/>
          <w:sz w:val="20"/>
        </w:rPr>
        <w:t>- ________________________________________________________________________</w:t>
      </w:r>
    </w:p>
    <w:p/>
    <w:p>
      <w:r>
        <w:rPr>
          <w:b/>
          <w:sz w:val="20"/>
        </w:rPr>
        <w:t>Performance and Conduct:</w:t>
      </w:r>
    </w:p>
    <w:p>
      <w:r>
        <w:rPr>
          <w:b w:val="0"/>
          <w:sz w:val="20"/>
        </w:rPr>
        <w:t>Throughout the period of employment, the employee has demonstrated professionalism, dedication, and a strong work ethic. Their performance met or exceeded expectations and contributed positively to the team and organization.</w:t>
      </w:r>
    </w:p>
    <w:p/>
    <w:p>
      <w:r>
        <w:rPr>
          <w:b/>
          <w:sz w:val="20"/>
        </w:rPr>
        <w:t>Reason for Leaving:</w:t>
      </w:r>
    </w:p>
    <w:p>
      <w:r>
        <w:rPr>
          <w:b w:val="0"/>
          <w:sz w:val="20"/>
        </w:rPr>
        <w:t>____________________________________________________________________________</w:t>
      </w:r>
    </w:p>
    <w:p/>
    <w:p>
      <w:r>
        <w:rPr>
          <w:b w:val="0"/>
          <w:sz w:val="20"/>
        </w:rPr>
        <w:t>This letter is issued upon the request of the employee and reflects factual information. It is provided in good faith, without any guarantee or warranty beyond what is expressly stated. The company does not assume liability for decisions made by third parties relying on this letter. All information contained herein complies with applicable United States laws concerning employment verification and privacy.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&amp; Title: 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p/>
    <w:p>
      <w:r>
        <w:rPr>
          <w:b w:val="0"/>
          <w:sz w:val="20"/>
        </w:rPr>
        <w:t>For any verification or additional information, please contact the Human Resources Department at the phone number or email provided above.</w:t>
      </w:r>
    </w:p>
    <w:p/>
    <w:p/>
    <w:p>
      <w:r>
        <w:br w:type="page"/>
      </w:r>
    </w:p>
    <w:p>
      <w:pPr>
        <w:jc w:val="center"/>
      </w:pPr>
      <w:r>
        <w:rPr>
          <w:color w:val="555555"/>
          <w:sz w:val="24"/>
        </w:rPr>
        <w:t>Original source of this document:</w:t>
      </w:r>
    </w:p>
    <w:p>
      <w:pPr>
        <w:jc w:val="center"/>
      </w:pPr>
      <w:hyperlink r:id="rId9">
        <w:r>
          <w:rPr>
            <w:color w:val="0000FF"/>
            <w:u w:val="single"/>
          </w:rPr>
          <w:t>https://letter247-us.com/work-experience-letter/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work-experienc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