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w:t>
      </w:r>
    </w:p>
    <w:p/>
    <w:p/>
    <w:p>
      <w:r>
        <w:rPr>
          <w:b w:val="0"/>
          <w:sz w:val="20"/>
        </w:rPr>
        <w:t>I, ________________________________, being of sound mind and legal age, do hereby declare this to be my Last Will and Testament, hereby revoking all prior wills and codicils made by me.</w:t>
      </w:r>
    </w:p>
    <w:p/>
    <w:p/>
    <w:p>
      <w:r>
        <w:rPr>
          <w:b/>
          <w:sz w:val="20"/>
        </w:rPr>
        <w:t>ARTICLE 1 – PERSONAL AND FAMILY INFORMATION</w:t>
      </w:r>
    </w:p>
    <w:p>
      <w:r>
        <w:rPr>
          <w:b w:val="0"/>
          <w:sz w:val="20"/>
        </w:rPr>
        <w:t>Full Legal Name: _______________________________________________________</w:t>
      </w:r>
    </w:p>
    <w:p>
      <w:r>
        <w:rPr>
          <w:b w:val="0"/>
          <w:sz w:val="20"/>
        </w:rPr>
        <w:t>Date of Birth: _________________________________________________________</w:t>
      </w:r>
    </w:p>
    <w:p>
      <w:r>
        <w:rPr>
          <w:b w:val="0"/>
          <w:sz w:val="20"/>
        </w:rPr>
        <w:t>Social Security Number: _________________________________________________</w:t>
      </w:r>
    </w:p>
    <w:p>
      <w:r>
        <w:rPr>
          <w:b w:val="0"/>
          <w:sz w:val="20"/>
        </w:rPr>
        <w:t>Marital Status: ________________________________________________________</w:t>
      </w:r>
    </w:p>
    <w:p>
      <w:r>
        <w:rPr>
          <w:b w:val="0"/>
          <w:sz w:val="20"/>
        </w:rPr>
        <w:t>Spouse's Full Name (if applicable): ______________________________________</w:t>
      </w:r>
    </w:p>
    <w:p>
      <w:r>
        <w:rPr>
          <w:b w:val="0"/>
          <w:sz w:val="20"/>
        </w:rPr>
        <w:t>Children and Legal Heirs: _______________________________________________</w:t>
      </w:r>
    </w:p>
    <w:p>
      <w:r>
        <w:rPr>
          <w:b w:val="0"/>
          <w:sz w:val="20"/>
        </w:rPr>
        <w:t>_______________________________________________________________________</w:t>
      </w:r>
    </w:p>
    <w:p/>
    <w:p>
      <w:r>
        <w:rPr>
          <w:b/>
          <w:sz w:val="20"/>
        </w:rPr>
        <w:t>ARTICLE 2 – REVOCATION OF PRIOR WILLS</w:t>
      </w:r>
    </w:p>
    <w:p>
      <w:r>
        <w:rPr>
          <w:b w:val="0"/>
          <w:sz w:val="20"/>
        </w:rPr>
        <w:t>I hereby revoke all prior wills and codicils made by me at any time before this document.</w:t>
      </w:r>
    </w:p>
    <w:p/>
    <w:p>
      <w:r>
        <w:rPr>
          <w:b/>
          <w:sz w:val="20"/>
        </w:rPr>
        <w:t>ARTICLE 3 – APPOINTMENT OF EXECUTOR</w:t>
      </w:r>
    </w:p>
    <w:p>
      <w:r>
        <w:rPr>
          <w:b w:val="0"/>
          <w:sz w:val="20"/>
        </w:rPr>
        <w:t>I appoint ______________________________, residing at ______________________________, to serve as Executor of this Will. If this Executor is unable or unwilling to serve, I appoint ______________________________ as successor Executor.</w:t>
      </w:r>
    </w:p>
    <w:p/>
    <w:p>
      <w:r>
        <w:rPr>
          <w:b/>
          <w:sz w:val="20"/>
        </w:rPr>
        <w:t>ARTICLE 4 – DISPOSITION OF PROPERTY</w:t>
      </w:r>
    </w:p>
    <w:p>
      <w:r>
        <w:rPr>
          <w:b w:val="0"/>
          <w:sz w:val="20"/>
        </w:rPr>
        <w:t>4.1 Specific Bequests:</w:t>
      </w:r>
    </w:p>
    <w:p>
      <w:r>
        <w:rPr>
          <w:b w:val="0"/>
          <w:sz w:val="20"/>
        </w:rPr>
        <w:t>I give, devise, and bequeath the following items as specified:</w:t>
      </w:r>
    </w:p>
    <w:p>
      <w:r>
        <w:rPr>
          <w:b w:val="0"/>
          <w:sz w:val="20"/>
        </w:rPr>
        <w:t>- To ______________________________: ____________________________________</w:t>
      </w:r>
    </w:p>
    <w:p>
      <w:r>
        <w:rPr>
          <w:b w:val="0"/>
          <w:sz w:val="20"/>
        </w:rPr>
        <w:t>- To ______________________________: ____________________________________</w:t>
      </w:r>
    </w:p>
    <w:p>
      <w:r>
        <w:rPr>
          <w:b w:val="0"/>
          <w:sz w:val="20"/>
        </w:rPr>
        <w:t>- To ______________________________: ____________________________________</w:t>
      </w:r>
    </w:p>
    <w:p>
      <w:r>
        <w:rPr>
          <w:b w:val="0"/>
          <w:sz w:val="20"/>
        </w:rPr>
        <w:t>_______________________________________________________________________</w:t>
      </w:r>
    </w:p>
    <w:p/>
    <w:p>
      <w:r>
        <w:rPr>
          <w:b w:val="0"/>
          <w:sz w:val="20"/>
        </w:rPr>
        <w:t>4.2 Residual Estate:</w:t>
      </w:r>
    </w:p>
    <w:p>
      <w:r>
        <w:rPr>
          <w:b w:val="0"/>
          <w:sz w:val="20"/>
        </w:rPr>
        <w:t>I give, devise, and bequeath all the rest, residue, and remainder of my estate, of whatever kind and wherever located, whether real, personal, or mixed, to the following beneficiaries in the proportions stated:</w:t>
      </w:r>
    </w:p>
    <w:p>
      <w:r>
        <w:rPr>
          <w:b w:val="0"/>
          <w:sz w:val="20"/>
        </w:rPr>
        <w:t>- ______________________________: ______________%</w:t>
      </w:r>
    </w:p>
    <w:p>
      <w:r>
        <w:rPr>
          <w:b w:val="0"/>
          <w:sz w:val="20"/>
        </w:rPr>
        <w:t>- ______________________________: ______________%</w:t>
      </w:r>
    </w:p>
    <w:p>
      <w:r>
        <w:rPr>
          <w:b w:val="0"/>
          <w:sz w:val="20"/>
        </w:rPr>
        <w:t>- ______________________________: ______________%</w:t>
      </w:r>
    </w:p>
    <w:p>
      <w:r>
        <w:rPr>
          <w:b w:val="0"/>
          <w:sz w:val="20"/>
        </w:rPr>
        <w:t>In the event that any beneficiary predeceases me, his or her share shall pass to his or her descendants per stirpes, or if none, shall be distributed equally among the surviving beneficiaries.</w:t>
      </w:r>
    </w:p>
    <w:p/>
    <w:p>
      <w:r>
        <w:rPr>
          <w:b/>
          <w:sz w:val="20"/>
        </w:rPr>
        <w:t>ARTICLE 5 – GUARDIANSHIP OF MINOR CHILDREN</w:t>
      </w:r>
    </w:p>
    <w:p>
      <w:r>
        <w:rPr>
          <w:b w:val="0"/>
          <w:sz w:val="20"/>
        </w:rPr>
        <w:t>If at my death any of my children are under the age of eighteen (18) years, I appoint ______________________________ as guardian of the person and estate of such minor children.</w:t>
      </w:r>
    </w:p>
    <w:p>
      <w:r>
        <w:rPr>
          <w:b w:val="0"/>
          <w:sz w:val="20"/>
        </w:rPr>
        <w:t>In the event this guardian is unable or unwilling to serve, I appoint ______________________________ as successor guardian.</w:t>
      </w:r>
    </w:p>
    <w:p/>
    <w:p>
      <w:r>
        <w:rPr>
          <w:b/>
          <w:sz w:val="20"/>
        </w:rPr>
        <w:t>ARTICLE 6 – POWERS OF EXECUTOR</w:t>
      </w:r>
    </w:p>
    <w:p>
      <w:r>
        <w:rPr>
          <w:b w:val="0"/>
          <w:sz w:val="20"/>
        </w:rPr>
        <w:t>My Executor shall have all powers permitted by law, including but not limited to the power to sell, lease, mortgage, invest, and reinvest estate assets without court approval, to settle debts and claims against my estate, to employ professionals, and to perform all acts necessary for the proper administration of my estate.</w:t>
      </w:r>
    </w:p>
    <w:p/>
    <w:p>
      <w:r>
        <w:rPr>
          <w:b/>
          <w:sz w:val="20"/>
        </w:rPr>
        <w:t>ARTICLE 7 – PAYMENT OF DEBTS AND TAXES</w:t>
      </w:r>
    </w:p>
    <w:p>
      <w:r>
        <w:rPr>
          <w:b w:val="0"/>
          <w:sz w:val="20"/>
        </w:rPr>
        <w:t>I direct that all my just debts, funeral expenses, and expenses of administration be first paid from my estate, and all estate, inheritance, and other taxes payable by reason of my death shall be paid out of my residuary estate without apportionment.</w:t>
      </w:r>
    </w:p>
    <w:p/>
    <w:p>
      <w:r>
        <w:rPr>
          <w:b/>
          <w:sz w:val="20"/>
        </w:rPr>
        <w:t>ARTICLE 8 – NO CONTEST CLAUSE</w:t>
      </w:r>
    </w:p>
    <w:p>
      <w:r>
        <w:rPr>
          <w:b w:val="0"/>
          <w:sz w:val="20"/>
        </w:rPr>
        <w:t>If any beneficiary under this Will, or any person claiming under such beneficiary, shall contest this Will or any of its provisions, any share or interest in my estate given to such contesting beneficiary shall be forfeited and shall become part of the residue of my estate.</w:t>
      </w:r>
    </w:p>
    <w:p/>
    <w:p>
      <w:r>
        <w:rPr>
          <w:b/>
          <w:sz w:val="20"/>
        </w:rPr>
        <w:t>ARTICLE 9 – GOVERNING LAW</w:t>
      </w:r>
    </w:p>
    <w:p>
      <w:r>
        <w:rPr>
          <w:b w:val="0"/>
          <w:sz w:val="20"/>
        </w:rPr>
        <w:t>This Will shall be governed by and construed in accordance with the laws of the State of ______________________________, United States of America.</w:t>
      </w:r>
    </w:p>
    <w:p/>
    <w:p/>
    <w:p>
      <w:r>
        <w:rPr>
          <w:b w:val="0"/>
          <w:sz w:val="20"/>
        </w:rPr>
        <w:t>IN WITNESS WHEREOF, I have hereunto set my hand and seal this document to be my Last Will and Testament.</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TESTATOR</w:t>
            </w:r>
          </w:p>
        </w:tc>
        <w:tc>
          <w:tcPr>
            <w:tcW w:type="dxa" w:w="4986"/>
            <w:tcBorders>
              <w:top w:val="nil"/>
              <w:left w:val="nil"/>
              <w:bottom w:val="nil"/>
              <w:right w:val="nil"/>
              <w:insideH w:val="nil"/>
              <w:insideV w:val="nil"/>
            </w:tcBorders>
          </w:tcPr>
          <w:p>
            <w:pPr>
              <w:jc w:val="center"/>
            </w:pPr>
            <w:r>
              <w:t>WITNESSES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br/>
              <w:t>Address: ____________________________</w:t>
            </w:r>
          </w:p>
        </w:tc>
      </w:tr>
    </w:tbl>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p>
        </w:tc>
        <w:tc>
          <w:tcPr>
            <w:tcW w:type="dxa" w:w="4986"/>
            <w:tcBorders>
              <w:top w:val="nil"/>
              <w:left w:val="nil"/>
              <w:bottom w:val="nil"/>
              <w:right w:val="nil"/>
              <w:insideH w:val="nil"/>
              <w:insideV w:val="nil"/>
            </w:tcBorders>
          </w:tcPr>
          <w:p>
            <w:pPr>
              <w:jc w:val="center"/>
            </w:pPr>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p>
        </w:tc>
      </w:tr>
    </w:tbl>
    <w:p>
      <w:pPr>
        <w:jc w:val="left"/>
      </w:pPr>
      <w:r>
        <w:t>Name: ________________________________</w:t>
        <w:br/>
        <w:t>Address: ____________________________</w:t>
      </w:r>
    </w:p>
    <w:p/>
    <w:p/>
    <w:p>
      <w:r>
        <w:rPr>
          <w:b w:val="0"/>
          <w:sz w:val="20"/>
        </w:rPr>
        <w:t>The undersigned witnesses declare that the Testator signed this Will in our presence, that the Testator appeared to be of sound mind and under no undue influence, and that we signed as witnesses in the presence of the Testator and each other.</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Witness 1 Signature:</w:t>
            </w:r>
          </w:p>
        </w:tc>
        <w:tc>
          <w:tcPr>
            <w:tcW w:type="dxa" w:w="4986"/>
            <w:tcBorders>
              <w:top w:val="nil"/>
              <w:left w:val="nil"/>
              <w:bottom w:val="nil"/>
              <w:right w:val="nil"/>
              <w:insideH w:val="nil"/>
              <w:insideV w:val="nil"/>
            </w:tcBorders>
          </w:tcPr>
          <w:p>
            <w:pPr>
              <w:jc w:val="left"/>
            </w:pPr>
            <w:r>
              <w:t>Witness 2 Signature:</w:t>
            </w:r>
          </w:p>
        </w:tc>
      </w:tr>
      <w:tr>
        <w:tc>
          <w:tcPr>
            <w:tcW w:type="dxa" w:w="4986"/>
            <w:tcBorders>
              <w:top w:val="nil"/>
              <w:left w:val="nil"/>
              <w:bottom w:val="nil"/>
              <w:right w:val="nil"/>
              <w:insideH w:val="nil"/>
              <w:insideV w:val="nil"/>
            </w:tcBorders>
          </w:tcPr>
          <w:p>
            <w:pPr>
              <w:jc w:val="left"/>
            </w:pPr>
            <w:r>
              <w:br/>
              <w:br/>
              <w:t>____________________________</w:t>
            </w:r>
          </w:p>
        </w:tc>
        <w:tc>
          <w:tcPr>
            <w:tcW w:type="dxa" w:w="4986"/>
            <w:tcBorders>
              <w:top w:val="nil"/>
              <w:left w:val="nil"/>
              <w:bottom w:val="nil"/>
              <w:right w:val="nil"/>
              <w:insideH w:val="nil"/>
              <w:insideV w:val="nil"/>
            </w:tcBorders>
          </w:tcPr>
          <w:p>
            <w:pPr>
              <w:jc w:val="left"/>
            </w:pPr>
            <w:r>
              <w:br/>
              <w:br/>
              <w:t>____________________________</w:t>
            </w:r>
          </w:p>
        </w:tc>
      </w:tr>
    </w:tbl>
    <w:p/>
    <w:p/>
    <w:p>
      <w:pPr>
        <w:jc w:val="center"/>
      </w:pPr>
      <w:r>
        <w:rPr>
          <w:b/>
          <w:sz w:val="20"/>
        </w:rPr>
        <w:t>NOTARY ACKNOWLEDGMENT</w:t>
      </w:r>
    </w:p>
    <w:p/>
    <w:p>
      <w:r>
        <w:rPr>
          <w:b w:val="0"/>
          <w:sz w:val="20"/>
        </w:rPr>
        <w:t>State of _____________________________</w:t>
      </w:r>
    </w:p>
    <w:p>
      <w:r>
        <w:rPr>
          <w:b w:val="0"/>
          <w:sz w:val="20"/>
        </w:rPr>
        <w:t>County of _____________________________</w:t>
      </w:r>
    </w:p>
    <w:p/>
    <w:p/>
    <w:p>
      <w:r>
        <w:rPr>
          <w:b w:val="0"/>
          <w:sz w:val="20"/>
        </w:rPr>
        <w:t>On this ______ day of ____________________, before me, the undersigned Notary Public, personally appeared ______________________________, known to me (or satisfactorily proven) to be the person whose name is subscribed to the within instrument and acknowledged that he/she executed the same for the purposes therein contained.</w:t>
      </w:r>
    </w:p>
    <w:p/>
    <w:p/>
    <w:p>
      <w:r>
        <w:rPr>
          <w:b w:val="0"/>
          <w:sz w:val="20"/>
        </w:rPr>
        <w:t>IN WITNESS WHEREOF, I hereunto set my hand and official seal.</w:t>
      </w:r>
    </w:p>
    <w:p/>
    <w:p/>
    <w:p/>
    <w:p/>
    <w:p>
      <w:r>
        <w:rPr>
          <w:b w:val="0"/>
          <w:sz w:val="20"/>
        </w:rPr>
        <w:t>Notary Signature: _______________________________</w:t>
      </w:r>
    </w:p>
    <w:p>
      <w:r>
        <w:rPr>
          <w:b w:val="0"/>
          <w:sz w:val="20"/>
        </w:rPr>
        <w:t>My commission expires: __________________________</w:t>
      </w:r>
    </w:p>
    <w:p/>
    <w:p>
      <w:r>
        <w:br w:type="page"/>
      </w:r>
    </w:p>
    <w:p>
      <w:pPr>
        <w:jc w:val="center"/>
      </w:pPr>
      <w:r>
        <w:rPr>
          <w:color w:val="555555"/>
          <w:sz w:val="24"/>
        </w:rPr>
        <w:t>Original source of this document:</w:t>
      </w:r>
    </w:p>
    <w:p>
      <w:pPr>
        <w:jc w:val="center"/>
      </w:pPr>
      <w:hyperlink r:id="rId9">
        <w:r>
          <w:rPr>
            <w:color w:val="0000FF"/>
            <w:u w:val="single"/>
          </w:rPr>
          <w:t>https://letter247-us.com/will-letter/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will-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