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WAGE GARNISHMENT LETTER</w:t>
      </w:r>
    </w:p>
    <w:p/>
    <w:p/>
    <w:p>
      <w:r>
        <w:rPr>
          <w:b/>
          <w:sz w:val="20"/>
        </w:rPr>
        <w:t>Creditor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w:t>
      </w:r>
    </w:p>
    <w:p>
      <w:r>
        <w:rPr>
          <w:b w:val="0"/>
          <w:sz w:val="20"/>
        </w:rPr>
        <w:t>Phone Number: _________________________________________________________</w:t>
      </w:r>
    </w:p>
    <w:p>
      <w:r>
        <w:rPr>
          <w:b w:val="0"/>
          <w:sz w:val="20"/>
        </w:rPr>
        <w:t>Email: ________________________________________________________________</w:t>
      </w:r>
    </w:p>
    <w:p/>
    <w:p>
      <w:r>
        <w:rPr>
          <w:b/>
          <w:sz w:val="20"/>
        </w:rPr>
        <w:t>Debtor Information:</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w:t>
      </w:r>
    </w:p>
    <w:p>
      <w:r>
        <w:rPr>
          <w:b w:val="0"/>
          <w:sz w:val="20"/>
        </w:rPr>
        <w:t>Phone Number: _________________________________________________________</w:t>
      </w:r>
    </w:p>
    <w:p>
      <w:r>
        <w:rPr>
          <w:b w:val="0"/>
          <w:sz w:val="20"/>
        </w:rPr>
        <w:t>Email: ________________________________________________________________</w:t>
      </w:r>
    </w:p>
    <w:p/>
    <w:p>
      <w:r>
        <w:rPr>
          <w:b/>
          <w:sz w:val="20"/>
        </w:rPr>
        <w:t>Employer Information:</w:t>
      </w:r>
    </w:p>
    <w:p>
      <w:r>
        <w:rPr>
          <w:b w:val="0"/>
          <w:sz w:val="20"/>
        </w:rPr>
        <w:t>Company Name: ________________________________________________________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w:t>
      </w:r>
    </w:p>
    <w:p>
      <w:r>
        <w:rPr>
          <w:b w:val="0"/>
          <w:sz w:val="20"/>
        </w:rPr>
        <w:t>Phone Number: _________________________________________________________</w:t>
      </w:r>
    </w:p>
    <w:p/>
    <w:p>
      <w:r>
        <w:rPr>
          <w:b/>
          <w:sz w:val="20"/>
        </w:rPr>
        <w:t>Case Information:</w:t>
      </w:r>
    </w:p>
    <w:p>
      <w:r>
        <w:rPr>
          <w:b w:val="0"/>
          <w:sz w:val="20"/>
        </w:rPr>
        <w:t>Court Name: ___________________________________________________________</w:t>
      </w:r>
    </w:p>
    <w:p>
      <w:r>
        <w:rPr>
          <w:b w:val="0"/>
          <w:sz w:val="20"/>
        </w:rPr>
        <w:t>Case Number: __________________________________________________________</w:t>
      </w:r>
    </w:p>
    <w:p>
      <w:r>
        <w:rPr>
          <w:b w:val="0"/>
          <w:sz w:val="20"/>
        </w:rPr>
        <w:t>Judgment Creditor: _____________________________________________________</w:t>
      </w:r>
    </w:p>
    <w:p>
      <w:r>
        <w:rPr>
          <w:b w:val="0"/>
          <w:sz w:val="20"/>
        </w:rPr>
        <w:t>Judgment Debtor: ______________________________________________________</w:t>
      </w:r>
    </w:p>
    <w:p>
      <w:r>
        <w:rPr>
          <w:b w:val="0"/>
          <w:sz w:val="20"/>
        </w:rPr>
        <w:t>Judgment Amount: ______________________________________________________</w:t>
      </w:r>
    </w:p>
    <w:p/>
    <w:p>
      <w:r>
        <w:rPr>
          <w:b/>
          <w:sz w:val="20"/>
        </w:rPr>
        <w:t>Dear Payroll Administrator,</w:t>
      </w:r>
    </w:p>
    <w:p/>
    <w:p>
      <w:r>
        <w:rPr>
          <w:b w:val="0"/>
          <w:sz w:val="20"/>
        </w:rPr>
        <w:t>This letter serves as a formal notice of wage garnishment pursuant to the judgment entered in the above-referenced case. You are hereby ordered to withhold a portion of the wages of the employee named above (the Debtor) to satisfy the outstanding debt owed to the Creditor as detailed herein.</w:t>
      </w:r>
    </w:p>
    <w:p/>
    <w:p>
      <w:r>
        <w:rPr>
          <w:b/>
          <w:sz w:val="20"/>
        </w:rPr>
        <w:t>Garnishment Instructions:</w:t>
      </w:r>
    </w:p>
    <w:p>
      <w:r>
        <w:rPr>
          <w:b w:val="0"/>
          <w:sz w:val="20"/>
        </w:rPr>
        <w:t>1. Please garnish the employee’s wages in accordance with applicable federal and state laws. The amount to be withheld each pay period is $____________________ or the maximum amount allowed by law, whichever is less.</w:t>
      </w:r>
    </w:p>
    <w:p>
      <w:r>
        <w:rPr>
          <w:b w:val="0"/>
          <w:sz w:val="20"/>
        </w:rPr>
        <w:t>2. The garnishment shall commence with the next available payroll cycle following receipt of this letter.</w:t>
      </w:r>
    </w:p>
    <w:p>
      <w:r>
        <w:rPr>
          <w:b w:val="0"/>
          <w:sz w:val="20"/>
        </w:rPr>
        <w:t>3. Deductions should continue until the total amount of $____________________ has been withheld and paid to the Creditor, or until further written notice.</w:t>
      </w:r>
    </w:p>
    <w:p>
      <w:r>
        <w:rPr>
          <w:b w:val="0"/>
          <w:sz w:val="20"/>
        </w:rPr>
        <w:t>4. Please send the withheld amounts via check or money order payable to the Creditor and mail to the address listed above.</w:t>
      </w:r>
    </w:p>
    <w:p>
      <w:r>
        <w:rPr>
          <w:b w:val="0"/>
          <w:sz w:val="20"/>
        </w:rPr>
        <w:t>5. Include the Debtor’s name and case number with each payment to ensure proper credit.</w:t>
      </w:r>
    </w:p>
    <w:p/>
    <w:p>
      <w:r>
        <w:rPr>
          <w:b/>
          <w:sz w:val="20"/>
        </w:rPr>
        <w:t>Legal Compliance:</w:t>
      </w:r>
    </w:p>
    <w:p>
      <w:r>
        <w:rPr>
          <w:b w:val="0"/>
          <w:sz w:val="20"/>
        </w:rPr>
        <w:t>Please ensure all garnishments comply with the Consumer Credit Protection Act (CCPA), state wage garnishment limits, and other applicable federal and state laws. If the employee has multiple garnishments, apply the priority rules as required by law.</w:t>
      </w:r>
    </w:p>
    <w:p/>
    <w:p>
      <w:r>
        <w:rPr>
          <w:b/>
          <w:sz w:val="20"/>
        </w:rPr>
        <w:t>Employer Responsibilities:</w:t>
      </w:r>
    </w:p>
    <w:p>
      <w:r>
        <w:rPr>
          <w:b w:val="0"/>
          <w:sz w:val="20"/>
        </w:rPr>
        <w:t>You are legally obligated to comply with this garnishment order. Failure to withhold or remit the proper amounts may result in penalties, including being held liable for the amounts not withheld or paid.</w:t>
      </w:r>
    </w:p>
    <w:p/>
    <w:p>
      <w:r>
        <w:rPr>
          <w:b/>
          <w:sz w:val="20"/>
        </w:rPr>
        <w:t>Employee Notification:</w:t>
      </w:r>
    </w:p>
    <w:p>
      <w:r>
        <w:rPr>
          <w:b w:val="0"/>
          <w:sz w:val="20"/>
        </w:rPr>
        <w:t>Please provide the employee with a copy of this garnishment notice and inform them of the amounts withheld each pay period.</w:t>
      </w:r>
    </w:p>
    <w:p/>
    <w:p>
      <w:r>
        <w:rPr>
          <w:b/>
          <w:sz w:val="20"/>
        </w:rPr>
        <w:t>Contact Information:</w:t>
      </w:r>
    </w:p>
    <w:p>
      <w:r>
        <w:rPr>
          <w:b w:val="0"/>
          <w:sz w:val="20"/>
        </w:rPr>
        <w:t>If you have any questions regarding this garnishment or require additional documentation, please contact the Creditor at the phone number or email address above.</w:t>
      </w:r>
    </w:p>
    <w:p/>
    <w:p/>
    <w:p>
      <w:r>
        <w:rPr>
          <w:b w:val="0"/>
          <w:sz w:val="20"/>
        </w:rPr>
        <w:t>Thank you for your prompt attention to this important matter.</w:t>
      </w:r>
    </w:p>
    <w:p/>
    <w:p/>
    <w:p/>
    <w:p>
      <w:r>
        <w:rPr>
          <w:b/>
          <w:sz w:val="20"/>
        </w:rPr>
        <w:t>Sincerely,</w:t>
      </w:r>
    </w:p>
    <w:p/>
    <w:p/>
    <w:p/>
    <w:p>
      <w:r>
        <w:rPr>
          <w:b w:val="0"/>
          <w:sz w:val="20"/>
        </w:rPr>
        <w:t>________________________________________________________</w:t>
      </w:r>
    </w:p>
    <w:p>
      <w:r>
        <w:rPr>
          <w:b w:val="0"/>
          <w:sz w:val="20"/>
        </w:rPr>
        <w:t>Authorized Representative of the Creditor</w:t>
      </w:r>
    </w:p>
    <w:p>
      <w:r>
        <w:rPr>
          <w:b w:val="0"/>
          <w:sz w:val="20"/>
        </w:rPr>
        <w:t>Title: __________________________________________________</w:t>
      </w:r>
    </w:p>
    <w:p>
      <w:r>
        <w:rPr>
          <w:b w:val="0"/>
          <w:sz w:val="20"/>
        </w:rPr>
        <w:t>Phone: _________________________________________________</w:t>
      </w:r>
    </w:p>
    <w:p>
      <w:r>
        <w:rPr>
          <w:b w:val="0"/>
          <w:sz w:val="20"/>
        </w:rPr>
        <w:t>Email: _________________________________________________</w:t>
      </w:r>
    </w:p>
    <w:p/>
    <w:p/>
    <w:p>
      <w:r>
        <w:rPr>
          <w:b w:val="0"/>
          <w:sz w:val="20"/>
        </w:rPr>
        <w:t>Place: ____________________________________________________________</w:t>
      </w:r>
    </w:p>
    <w:p>
      <w:r>
        <w:rPr>
          <w:b w:val="0"/>
          <w:sz w:val="20"/>
        </w:rPr>
        <w:t>Date: 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REPRESENTATIVE</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___________________________________________</w:t>
            </w:r>
          </w:p>
        </w:tc>
        <w:tc>
          <w:tcPr>
            <w:tcW w:type="dxa" w:w="4986"/>
            <w:tcBorders>
              <w:top w:val="nil"/>
              <w:left w:val="nil"/>
              <w:bottom w:val="nil"/>
              <w:right w:val="nil"/>
              <w:insideH w:val="nil"/>
              <w:insideV w:val="nil"/>
            </w:tcBorders>
          </w:tcPr>
          <w:p>
            <w:pPr>
              <w:jc w:val="center"/>
            </w:pPr>
            <w:r>
              <w:t>Name: _________________________________________________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https://letter247-us.com/wage-garnishment-letter/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wage-garnishment-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