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VETERANS DAY THANK YOU LETTER</w:t>
      </w:r>
    </w:p>
    <w:p/>
    <w:p/>
    <w:p>
      <w:r>
        <w:rPr>
          <w:b w:val="0"/>
          <w:sz w:val="20"/>
        </w:rPr>
        <w:t>Dear Veteran,</w:t>
      </w:r>
    </w:p>
    <w:p/>
    <w:p>
      <w:r>
        <w:rPr>
          <w:b w:val="0"/>
          <w:sz w:val="20"/>
        </w:rPr>
        <w:t>On behalf of [Organization/Company Name], I extend our deepest gratitude for your selfless service and unwavering dedication to the United States of America. Your courage and sacrifice have safeguarded the freedoms and values that define our nation.</w:t>
      </w:r>
    </w:p>
    <w:p/>
    <w:p>
      <w:r>
        <w:rPr>
          <w:b w:val="0"/>
          <w:sz w:val="20"/>
        </w:rPr>
        <w:t>Veterans Day provides us with a solemn opportunity to reflect on your commitment, the hardships endured, and the enduring spirit that you and your fellow service members embody. Your actions have profoundly shaped the course of American history, and for that, we are eternally grateful.</w:t>
      </w:r>
    </w:p>
    <w:p/>
    <w:p>
      <w:r>
        <w:rPr>
          <w:b w:val="0"/>
          <w:sz w:val="20"/>
        </w:rPr>
        <w:t>We recognize the sacrifices you and your families have made, the challenges faced during deployments, and the resilience demonstrated upon returning home. Your service has inspired generations and strengthened the fabric of our communities.</w:t>
      </w:r>
    </w:p>
    <w:p/>
    <w:p>
      <w:r>
        <w:rPr>
          <w:b w:val="0"/>
          <w:sz w:val="20"/>
        </w:rPr>
        <w:t>[Organization/Company Name] remains committed to supporting veterans through various initiatives, including healthcare access, employment opportunities, and community engagement programs. We encourage you to connect with us and utilize these resources.</w:t>
      </w:r>
    </w:p>
    <w:p/>
    <w:p>
      <w:r>
        <w:rPr>
          <w:b w:val="0"/>
          <w:sz w:val="20"/>
        </w:rPr>
        <w:t>As we honor your legacy today and every day, please know that your sacrifices are not forgotten, and your service continues to inspire freedom and democracy. We hope this letter conveys our respect, admiration, and heartfelt thanks.</w:t>
      </w:r>
    </w:p>
    <w:p/>
    <w:p>
      <w:r>
        <w:rPr>
          <w:b w:val="0"/>
          <w:sz w:val="20"/>
        </w:rPr>
        <w:t>Thank you for your bravery, your commitment, and your enduring service to our country. May you find pride in your accomplishments and comfort in the knowledge that your nation honors you.</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Veteran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2"/>
        </w:rPr>
        <w:t>Contact Information:</w:t>
      </w:r>
    </w:p>
    <w:p>
      <w:r>
        <w:rPr>
          <w:b w:val="0"/>
          <w:sz w:val="20"/>
        </w:rPr>
        <w:t>Organization/Company Name: 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val="0"/>
          <w:sz w:val="20"/>
        </w:rPr>
        <w:t>This letter is intended as a formal expression of appreciation and recognition of your service in accordance with all applicable United States laws. No contractual obligations or guarantees are implied or established by this correspondence.</w:t>
      </w:r>
    </w:p>
    <w:p/>
    <w:p>
      <w:r>
        <w:br w:type="page"/>
      </w:r>
    </w:p>
    <w:p>
      <w:pPr>
        <w:jc w:val="center"/>
      </w:pPr>
      <w:r>
        <w:rPr>
          <w:color w:val="555555"/>
          <w:sz w:val="24"/>
        </w:rPr>
        <w:t>Original source of this document:</w:t>
      </w:r>
    </w:p>
    <w:p>
      <w:pPr>
        <w:jc w:val="center"/>
      </w:pPr>
      <w:hyperlink r:id="rId9">
        <w:r>
          <w:rPr>
            <w:color w:val="0000FF"/>
            <w:u w:val="single"/>
          </w:rPr>
          <w:t>https://letter247-us.com/veterans-day-thank-you-letter/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veterans-day-thank-you-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