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TWO WEEKS NOTICE OF RESIGNATION</w:t>
      </w:r>
    </w:p>
    <w:p/>
    <w:p/>
    <w:p>
      <w:r>
        <w:rPr>
          <w:b w:val="0"/>
          <w:sz w:val="20"/>
        </w:rPr>
        <w:t>Your Name</w:t>
      </w:r>
    </w:p>
    <w:p>
      <w:r>
        <w:rPr>
          <w:b w:val="0"/>
          <w:sz w:val="20"/>
        </w:rPr>
        <w:t>Your Address</w:t>
      </w:r>
    </w:p>
    <w:p>
      <w:r>
        <w:rPr>
          <w:b w:val="0"/>
          <w:sz w:val="20"/>
        </w:rPr>
        <w:t>City, State ZIP Code</w:t>
      </w:r>
    </w:p>
    <w:p>
      <w:r>
        <w:rPr>
          <w:b w:val="0"/>
          <w:sz w:val="20"/>
        </w:rPr>
        <w:t>Email Address</w:t>
      </w:r>
    </w:p>
    <w:p>
      <w:r>
        <w:rPr>
          <w:b w:val="0"/>
          <w:sz w:val="20"/>
        </w:rPr>
        <w:t>Phone Number</w:t>
      </w:r>
    </w:p>
    <w:p/>
    <w:p/>
    <w:p>
      <w:r>
        <w:rPr>
          <w:b w:val="0"/>
          <w:sz w:val="20"/>
        </w:rPr>
        <w:t>Date: _____________________________________</w:t>
      </w:r>
    </w:p>
    <w:p/>
    <w:p/>
    <w:p>
      <w:r>
        <w:rPr>
          <w:b w:val="0"/>
          <w:sz w:val="20"/>
        </w:rPr>
        <w:t>Recipient's Name or Manager's Name</w:t>
      </w:r>
    </w:p>
    <w:p>
      <w:r>
        <w:rPr>
          <w:b w:val="0"/>
          <w:sz w:val="20"/>
        </w:rPr>
        <w:t>Company Name</w:t>
      </w:r>
    </w:p>
    <w:p>
      <w:r>
        <w:rPr>
          <w:b w:val="0"/>
          <w:sz w:val="20"/>
        </w:rPr>
        <w:t>Company Address</w:t>
      </w:r>
    </w:p>
    <w:p>
      <w:r>
        <w:rPr>
          <w:b w:val="0"/>
          <w:sz w:val="20"/>
        </w:rPr>
        <w:t>City, State ZIP Code</w:t>
      </w:r>
    </w:p>
    <w:p/>
    <w:p/>
    <w:p>
      <w:r>
        <w:rPr>
          <w:b w:val="0"/>
          <w:sz w:val="20"/>
        </w:rPr>
        <w:t>Dear _______________________________,</w:t>
      </w:r>
    </w:p>
    <w:p/>
    <w:p>
      <w:r>
        <w:rPr>
          <w:b w:val="0"/>
          <w:sz w:val="20"/>
        </w:rPr>
        <w:t>I am writing to formally notify you of my resignation from my position at __________________________________, effective two weeks from the date above. This letter serves as my official two weeks notice, in accordance with company policy and professional standards.</w:t>
      </w:r>
    </w:p>
    <w:p/>
    <w:p>
      <w:r>
        <w:rPr>
          <w:b w:val="0"/>
          <w:sz w:val="20"/>
        </w:rPr>
        <w:t>While I have appreciated the opportunities and experiences gained during my tenure, I have decided to move on for personal and professional reasons. I am committed to making this transition as smooth as possible.</w:t>
      </w:r>
    </w:p>
    <w:p/>
    <w:p>
      <w:r>
        <w:rPr>
          <w:b w:val="0"/>
          <w:sz w:val="20"/>
        </w:rPr>
        <w:t>During these next two weeks, I am willing to assist in training my replacement, completing outstanding projects, and ensuring a seamless handover of my responsibilities. Please let me know how I can best support you and the team during this time.</w:t>
      </w:r>
    </w:p>
    <w:p/>
    <w:p>
      <w:r>
        <w:rPr>
          <w:b w:val="0"/>
          <w:sz w:val="20"/>
        </w:rPr>
        <w:t>I want to express my sincere gratitude for the support, guidance, and opportunities provided to me during my employment. I have learned a great deal and value the relationships I have built here.</w:t>
      </w:r>
    </w:p>
    <w:p/>
    <w:p>
      <w:r>
        <w:rPr>
          <w:b w:val="0"/>
          <w:sz w:val="20"/>
        </w:rPr>
        <w:t>Thank you for your understanding, and I wish the company continued success in the future.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Your Printed Name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HR/Manager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https://letter247-us.com/two-weeks-notice-resignation-letter/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two-weeks-notice-resign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