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TENANT WARNING LETTER</w:t>
      </w:r>
    </w:p>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Rental Property Address: 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Dear Tenant,</w:t>
      </w:r>
    </w:p>
    <w:p/>
    <w:p>
      <w:r>
        <w:rPr>
          <w:b w:val="0"/>
          <w:sz w:val="20"/>
        </w:rPr>
        <w:t>This letter serves as a formal written warning regarding your tenancy at the above address. It has come to our attention that certain terms of your lease agreement have not been complied with, which requires immediate attention and rectification to avoid further action.</w:t>
      </w:r>
    </w:p>
    <w:p/>
    <w:p/>
    <w:p>
      <w:r>
        <w:rPr>
          <w:b/>
          <w:sz w:val="20"/>
        </w:rPr>
        <w:t>Lease Agreement Details</w:t>
      </w:r>
    </w:p>
    <w:p>
      <w:r>
        <w:rPr>
          <w:b w:val="0"/>
          <w:sz w:val="20"/>
        </w:rPr>
        <w:t>Lease Start Date: _______________________________________</w:t>
      </w:r>
    </w:p>
    <w:p>
      <w:r>
        <w:rPr>
          <w:b w:val="0"/>
          <w:sz w:val="20"/>
        </w:rPr>
        <w:t>Lease Term: _____________________________________________</w:t>
      </w:r>
    </w:p>
    <w:p>
      <w:r>
        <w:rPr>
          <w:b w:val="0"/>
          <w:sz w:val="20"/>
        </w:rPr>
        <w:t>Monthly Rent Amount: $___________________________________</w:t>
      </w:r>
    </w:p>
    <w:p/>
    <w:p>
      <w:r>
        <w:rPr>
          <w:b/>
          <w:sz w:val="20"/>
        </w:rPr>
        <w:t>Description of Violation(s)</w:t>
      </w:r>
    </w:p>
    <w:p>
      <w:r>
        <w:rPr>
          <w:b w:val="0"/>
          <w:sz w:val="20"/>
        </w:rPr>
        <w:t>The following lease violations have been observed:</w:t>
      </w:r>
    </w:p>
    <w:p>
      <w:r>
        <w:rPr>
          <w:b w:val="0"/>
          <w:sz w:val="20"/>
        </w:rPr>
        <w:t>1. _______________________________________________________________</w:t>
      </w:r>
    </w:p>
    <w:p>
      <w:r>
        <w:rPr>
          <w:b w:val="0"/>
          <w:sz w:val="20"/>
        </w:rPr>
        <w:t>2. _______________________________________________________________</w:t>
      </w:r>
    </w:p>
    <w:p>
      <w:r>
        <w:rPr>
          <w:b w:val="0"/>
          <w:sz w:val="20"/>
        </w:rPr>
        <w:t>3. _______________________________________________________________</w:t>
      </w:r>
    </w:p>
    <w:p/>
    <w:p>
      <w:r>
        <w:rPr>
          <w:b/>
          <w:sz w:val="20"/>
        </w:rPr>
        <w:t>Required Actions to Remedy Violation(s)</w:t>
      </w:r>
    </w:p>
    <w:p>
      <w:r>
        <w:rPr>
          <w:b w:val="0"/>
          <w:sz w:val="20"/>
        </w:rPr>
        <w:t>You are hereby requested to take the following actions to cure the above violations within the time frame specified below. Failure to comply may result in further legal actions, including but not limited to termination of your lease and eviction proceedings pursuant to applicable law.</w:t>
      </w:r>
    </w:p>
    <w:p>
      <w:r>
        <w:rPr>
          <w:b w:val="0"/>
          <w:sz w:val="20"/>
        </w:rPr>
        <w:t>1. _______________________________________________________________</w:t>
      </w:r>
    </w:p>
    <w:p>
      <w:r>
        <w:rPr>
          <w:b w:val="0"/>
          <w:sz w:val="20"/>
        </w:rPr>
        <w:t>2. _______________________________________________________________</w:t>
      </w:r>
    </w:p>
    <w:p>
      <w:r>
        <w:rPr>
          <w:b w:val="0"/>
          <w:sz w:val="20"/>
        </w:rPr>
        <w:t>3. _______________________________________________________________</w:t>
      </w:r>
    </w:p>
    <w:p/>
    <w:p>
      <w:r>
        <w:rPr>
          <w:b/>
          <w:sz w:val="20"/>
        </w:rPr>
        <w:t>Deadline for Compliance: _______________________________________</w:t>
      </w:r>
    </w:p>
    <w:p/>
    <w:p>
      <w:r>
        <w:rPr>
          <w:b/>
          <w:sz w:val="20"/>
        </w:rPr>
        <w:t>Consequences of Non-Compliance</w:t>
      </w:r>
    </w:p>
    <w:p>
      <w:r>
        <w:rPr>
          <w:b w:val="0"/>
          <w:sz w:val="20"/>
        </w:rPr>
        <w:t>Please be advised that if the violations are not remedied within the specified time, the Landlord reserves all rights to pursue legal remedies available under the lease agreement and under the laws of the state in which the rental property is located, including but not limited to termination of tenancy and eviction.</w:t>
      </w:r>
    </w:p>
    <w:p/>
    <w:p>
      <w:r>
        <w:rPr>
          <w:b/>
          <w:sz w:val="20"/>
        </w:rPr>
        <w:t>Right to Contact</w:t>
      </w:r>
    </w:p>
    <w:p>
      <w:r>
        <w:rPr>
          <w:b w:val="0"/>
          <w:sz w:val="20"/>
        </w:rPr>
        <w:t>Should you have any questions or require clarification regarding this warning letter, please contact the Landlord at the contact information provided above immediately.</w:t>
      </w:r>
    </w:p>
    <w:p/>
    <w:p/>
    <w:p>
      <w:r>
        <w:rPr>
          <w:b/>
          <w:sz w:val="20"/>
        </w:rPr>
        <w:t>Acknowledgment of Receipt</w:t>
      </w:r>
    </w:p>
    <w:p>
      <w:r>
        <w:rPr>
          <w:b w:val="0"/>
          <w:sz w:val="20"/>
        </w:rPr>
        <w:t>By signing below, you acknowledge receipt of this Tenant Warning Letter and understand the contents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LEGAL DISCLAIMER</w:t>
      </w:r>
    </w:p>
    <w:p>
      <w:r>
        <w:rPr>
          <w:b w:val="0"/>
          <w:sz w:val="20"/>
        </w:rPr>
        <w:t>This Tenant Warning Letter is intended to comply with applicable United States federal and state laws. It does not constitute legal advice. For specific legal guidance, you should consult a qualified attorney licensed in the relevant jurisdiction.</w:t>
      </w:r>
    </w:p>
    <w:p/>
    <w:p>
      <w:r>
        <w:br w:type="page"/>
      </w:r>
    </w:p>
    <w:p>
      <w:pPr>
        <w:jc w:val="center"/>
      </w:pPr>
      <w:r>
        <w:rPr>
          <w:color w:val="555555"/>
          <w:sz w:val="24"/>
        </w:rPr>
        <w:t>Original source of this document:</w:t>
      </w:r>
    </w:p>
    <w:p>
      <w:pPr>
        <w:jc w:val="center"/>
      </w:pPr>
      <w:hyperlink r:id="rId9">
        <w:r>
          <w:rPr>
            <w:color w:val="0000FF"/>
            <w:u w:val="single"/>
          </w:rPr>
          <w:t>https://letter247-us.com/tenant-warning-letter/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tenant-warning-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