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TEMPORARY GUARDIANSHIP LETTER</w:t>
      </w:r>
    </w:p>
    <w:p/>
    <w:p/>
    <w:p>
      <w:r>
        <w:rPr>
          <w:b/>
          <w:sz w:val="20"/>
        </w:rPr>
        <w:t>I, the undersigned, hereby appoint a temporary guardian for my minor child(ren) as follows:</w:t>
      </w:r>
    </w:p>
    <w:p/>
    <w:p>
      <w:r>
        <w:rPr>
          <w:b/>
          <w:sz w:val="20"/>
        </w:rPr>
        <w:t>Temporary Guardian Information:</w:t>
      </w:r>
    </w:p>
    <w:p>
      <w:r>
        <w:rPr>
          <w:b w:val="0"/>
          <w:sz w:val="20"/>
        </w:rPr>
        <w:t>Full Name: ____________________________________________________________</w:t>
      </w:r>
    </w:p>
    <w:p>
      <w:r>
        <w:rPr>
          <w:b w:val="0"/>
          <w:sz w:val="20"/>
        </w:rPr>
        <w:t>Relationship to Minor(s): 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Minor Child(ren) Information:</w:t>
      </w:r>
    </w:p>
    <w:p>
      <w:r>
        <w:rPr>
          <w:b w:val="0"/>
          <w:sz w:val="20"/>
        </w:rPr>
        <w:t>Full Name(s) and Date(s) of Birth:</w:t>
      </w:r>
    </w:p>
    <w:p>
      <w:r>
        <w:rPr>
          <w:b w:val="0"/>
          <w:sz w:val="20"/>
        </w:rPr>
        <w:t>1. __________________________________________________ Date of Birth: ______________</w:t>
      </w:r>
    </w:p>
    <w:p>
      <w:r>
        <w:rPr>
          <w:b w:val="0"/>
          <w:sz w:val="20"/>
        </w:rPr>
        <w:t>2. __________________________________________________ Date of Birth: ______________</w:t>
      </w:r>
    </w:p>
    <w:p>
      <w:r>
        <w:rPr>
          <w:b w:val="0"/>
          <w:sz w:val="20"/>
        </w:rPr>
        <w:t>3. __________________________________________________ Date of Birth: ______________</w:t>
      </w:r>
    </w:p>
    <w:p/>
    <w:p>
      <w:r>
        <w:rPr>
          <w:b/>
          <w:sz w:val="20"/>
        </w:rPr>
        <w:t>Duration of Guardianship:</w:t>
      </w:r>
    </w:p>
    <w:p>
      <w:r>
        <w:rPr>
          <w:b w:val="0"/>
          <w:sz w:val="20"/>
        </w:rPr>
        <w:t>This temporary guardianship shall commence immediately upon the signing of this letter and shall remain in effect until revoked in writing or until the following date: ______________________________.</w:t>
      </w:r>
    </w:p>
    <w:p/>
    <w:p>
      <w:r>
        <w:rPr>
          <w:b/>
          <w:sz w:val="20"/>
        </w:rPr>
        <w:t>Purpose and Scope of Authority:</w:t>
      </w:r>
    </w:p>
    <w:p>
      <w:r>
        <w:rPr>
          <w:b w:val="0"/>
          <w:sz w:val="20"/>
        </w:rPr>
        <w:t>I grant the temporary guardian full authority to care for, supervise, and make decisions regarding the health, education, welfare, and general well-being of the minor child(ren) named above, including but not limited to:</w:t>
      </w:r>
    </w:p>
    <w:p>
      <w:r>
        <w:rPr>
          <w:b w:val="0"/>
          <w:sz w:val="20"/>
        </w:rPr>
        <w:t>- Medical treatment and decisions, including emergency care.</w:t>
      </w:r>
    </w:p>
    <w:p>
      <w:r>
        <w:rPr>
          <w:b w:val="0"/>
          <w:sz w:val="20"/>
        </w:rPr>
        <w:t>- Enrolling the minor child(ren) in school or educational programs.</w:t>
      </w:r>
    </w:p>
    <w:p>
      <w:r>
        <w:rPr>
          <w:b w:val="0"/>
          <w:sz w:val="20"/>
        </w:rPr>
        <w:t>- Providing consent for participation in extracurricular activities and travel within the United States.</w:t>
      </w:r>
    </w:p>
    <w:p>
      <w:r>
        <w:rPr>
          <w:b w:val="0"/>
          <w:sz w:val="20"/>
        </w:rPr>
        <w:t>- Managing day-to-day needs and necessities.</w:t>
      </w:r>
    </w:p>
    <w:p/>
    <w:p>
      <w:r>
        <w:rPr>
          <w:b/>
          <w:sz w:val="20"/>
        </w:rPr>
        <w:t>Limitations and Restrictions:</w:t>
      </w:r>
    </w:p>
    <w:p>
      <w:r>
        <w:rPr>
          <w:b w:val="0"/>
          <w:sz w:val="20"/>
        </w:rPr>
        <w:t>The temporary guardian shall not have the authority to make any permanent legal decisions on behalf of the minor child(ren), including but not limited to adoption, changing the child(ren)'s primary residence permanently, or consenting to marriage. The guardian's authority is strictly temporary and limited as stated herein.</w:t>
      </w:r>
    </w:p>
    <w:p/>
    <w:p>
      <w:r>
        <w:rPr>
          <w:b/>
          <w:sz w:val="20"/>
        </w:rPr>
        <w:t>Parents’ Declaration and Consent:</w:t>
      </w:r>
    </w:p>
    <w:p>
      <w:r>
        <w:rPr>
          <w:b w:val="0"/>
          <w:sz w:val="20"/>
        </w:rPr>
        <w:t>We, the undersigned parents/legal guardians of the minor child(ren) named above, hereby consent to this temporary guardianship arrangement and affirm that we retain full legal custody and parental rights during its term.</w:t>
      </w:r>
    </w:p>
    <w:p/>
    <w:p>
      <w:r>
        <w:rPr>
          <w:b/>
          <w:sz w:val="20"/>
        </w:rPr>
        <w:t>Indemnification:</w:t>
      </w:r>
    </w:p>
    <w:p>
      <w:r>
        <w:rPr>
          <w:b w:val="0"/>
          <w:sz w:val="20"/>
        </w:rPr>
        <w:t>We agree to indemnify and hold harmless the temporary guardian from any claims, liabilities, or damages arising from the guardian’s good-faith performance of duties under this temporary guardianship, provided such actions are within the scope of authority granted herein and do not constitute gross negligence or willful misconduct.</w:t>
      </w:r>
    </w:p>
    <w:p/>
    <w:p>
      <w:r>
        <w:rPr>
          <w:b/>
          <w:sz w:val="20"/>
        </w:rPr>
        <w:t>Revocation of Temporary Guardianship:</w:t>
      </w:r>
    </w:p>
    <w:p>
      <w:r>
        <w:rPr>
          <w:b w:val="0"/>
          <w:sz w:val="20"/>
        </w:rPr>
        <w:t>This temporary guardianship may be revoked at any time by providing written notice to the temporary guardian. Upon revocation, the guardian shall cease all authority granted under this letter immediately.</w:t>
      </w:r>
    </w:p>
    <w:p/>
    <w:p>
      <w:r>
        <w:rPr>
          <w:b/>
          <w:sz w:val="20"/>
        </w:rPr>
        <w:t>Governing Law:</w:t>
      </w:r>
    </w:p>
    <w:p>
      <w:r>
        <w:rPr>
          <w:b w:val="0"/>
          <w:sz w:val="20"/>
        </w:rPr>
        <w:t>This temporary guardianship letter shall be governed by and construed in accordance with the laws of the State of ____________________, United States of America.</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Parent/Legal Guardian 1</w:t>
            </w:r>
          </w:p>
        </w:tc>
        <w:tc>
          <w:tcPr>
            <w:tcW w:type="dxa" w:w="4986"/>
            <w:tcBorders>
              <w:top w:val="nil"/>
              <w:left w:val="nil"/>
              <w:bottom w:val="nil"/>
              <w:right w:val="nil"/>
              <w:insideH w:val="nil"/>
              <w:insideV w:val="nil"/>
            </w:tcBorders>
          </w:tcPr>
          <w:p>
            <w:pPr>
              <w:jc w:val="center"/>
            </w:pPr>
            <w:r>
              <w:t>Parent/Legal Guardian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r>
        <w:tc>
          <w:tcPr>
            <w:tcW w:type="dxa" w:w="4986"/>
            <w:tcBorders>
              <w:top w:val="nil"/>
              <w:left w:val="nil"/>
              <w:bottom w:val="nil"/>
              <w:right w:val="nil"/>
              <w:insideH w:val="nil"/>
              <w:insideV w:val="nil"/>
            </w:tcBorders>
          </w:tcPr>
          <w:p>
            <w:pPr>
              <w:jc w:val="center"/>
            </w:pPr>
            <w:r>
              <w:t>Date: _______________________________</w:t>
            </w:r>
          </w:p>
        </w:tc>
        <w:tc>
          <w:tcPr>
            <w:tcW w:type="dxa" w:w="4986"/>
            <w:tcBorders>
              <w:top w:val="nil"/>
              <w:left w:val="nil"/>
              <w:bottom w:val="nil"/>
              <w:right w:val="nil"/>
              <w:insideH w:val="nil"/>
              <w:insideV w:val="nil"/>
            </w:tcBorders>
          </w:tcPr>
          <w:p>
            <w:pPr>
              <w:jc w:val="center"/>
            </w:pPr>
            <w:r>
              <w:t>Date: _______________________________</w:t>
            </w:r>
          </w:p>
        </w:tc>
      </w:tr>
    </w:tbl>
    <w:p/>
    <w:p/>
    <w:p>
      <w:pPr>
        <w:jc w:val="center"/>
      </w:pPr>
      <w:r>
        <w:rPr>
          <w:b/>
          <w:sz w:val="20"/>
        </w:rPr>
        <w:t>Temporary Guardian</w:t>
      </w:r>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Signature: _______________________________</w:t>
            </w:r>
          </w:p>
        </w:tc>
      </w:tr>
      <w:tr>
        <w:tc>
          <w:tcPr>
            <w:tcW w:type="dxa" w:w="9972"/>
            <w:tcBorders>
              <w:top w:val="nil"/>
              <w:left w:val="nil"/>
              <w:bottom w:val="nil"/>
              <w:right w:val="nil"/>
              <w:insideH w:val="nil"/>
              <w:insideV w:val="nil"/>
            </w:tcBorders>
          </w:tcPr>
          <w:p>
            <w:pPr>
              <w:jc w:val="center"/>
            </w:pPr>
            <w:r>
              <w:t>Printed Name: ____________________________</w:t>
            </w:r>
          </w:p>
        </w:tc>
      </w:tr>
      <w:tr>
        <w:tc>
          <w:tcPr>
            <w:tcW w:type="dxa" w:w="9972"/>
            <w:tcBorders>
              <w:top w:val="nil"/>
              <w:left w:val="nil"/>
              <w:bottom w:val="nil"/>
              <w:right w:val="nil"/>
              <w:insideH w:val="nil"/>
              <w:insideV w:val="nil"/>
            </w:tcBorders>
          </w:tcPr>
          <w:p>
            <w:pPr>
              <w:jc w:val="center"/>
            </w:pPr>
            <w:r>
              <w:t>Date: ____________________________________</w:t>
            </w:r>
          </w:p>
        </w:tc>
      </w:tr>
    </w:tbl>
    <w:p/>
    <w:p/>
    <w:p>
      <w:r>
        <w:rPr>
          <w:b/>
          <w:sz w:val="22"/>
        </w:rPr>
        <w:t>NOTARIZATION</w:t>
      </w:r>
    </w:p>
    <w:p>
      <w:r>
        <w:rPr>
          <w:b w:val="0"/>
          <w:sz w:val="20"/>
        </w:rPr>
        <w:t>State of ______________________</w:t>
      </w:r>
    </w:p>
    <w:p>
      <w:r>
        <w:rPr>
          <w:b w:val="0"/>
          <w:sz w:val="20"/>
        </w:rPr>
        <w:t>County of ____________________</w:t>
      </w:r>
    </w:p>
    <w:p/>
    <w:p>
      <w:r>
        <w:rPr>
          <w:b w:val="0"/>
          <w:sz w:val="20"/>
        </w:rPr>
        <w:t>On this ______ day of ________________, before me, the undersigned Notary Public, personally appeared the parent(s)/legal guardian(s) and temporary guardian named in this letter, personally known to me (or proved to me on the basis of satisfactory evidence) to be the persons whose names are subscribed to this document, and acknowledged that they executed the same freely and voluntarily for the purposes therein stated.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Notary Public Signature:</w:t>
            </w:r>
          </w:p>
        </w:tc>
        <w:tc>
          <w:tcPr>
            <w:tcW w:type="dxa" w:w="4986"/>
            <w:tcBorders>
              <w:top w:val="nil"/>
              <w:left w:val="nil"/>
              <w:bottom w:val="nil"/>
              <w:right w:val="nil"/>
              <w:insideH w:val="nil"/>
              <w:insideV w:val="nil"/>
            </w:tcBorders>
          </w:tcPr>
          <w:p>
            <w:pPr>
              <w:jc w:val="left"/>
            </w:pPr>
            <w:r>
              <w:br/>
              <w:br/>
              <w:t>_____________________________</w:t>
            </w:r>
          </w:p>
        </w:tc>
      </w:tr>
      <w:tr>
        <w:tc>
          <w:tcPr>
            <w:tcW w:type="dxa" w:w="4986"/>
            <w:tcBorders>
              <w:top w:val="nil"/>
              <w:left w:val="nil"/>
              <w:bottom w:val="nil"/>
              <w:right w:val="nil"/>
              <w:insideH w:val="nil"/>
              <w:insideV w:val="nil"/>
            </w:tcBorders>
          </w:tcPr>
          <w:p>
            <w:pPr>
              <w:jc w:val="left"/>
            </w:pPr>
            <w:r>
              <w:t>My commission expires:</w:t>
            </w:r>
          </w:p>
        </w:tc>
        <w:tc>
          <w:tcPr>
            <w:tcW w:type="dxa" w:w="4986"/>
            <w:tcBorders>
              <w:top w:val="nil"/>
              <w:left w:val="nil"/>
              <w:bottom w:val="nil"/>
              <w:right w:val="nil"/>
              <w:insideH w:val="nil"/>
              <w:insideV w:val="nil"/>
            </w:tcBorders>
          </w:tcPr>
          <w:p>
            <w:pPr>
              <w:jc w:val="left"/>
            </w:pPr>
            <w:r>
              <w:t>_____________________________</w:t>
            </w:r>
          </w:p>
        </w:tc>
      </w:tr>
      <w:tr>
        <w:tc>
          <w:tcPr>
            <w:tcW w:type="dxa" w:w="4986"/>
            <w:tcBorders>
              <w:top w:val="nil"/>
              <w:left w:val="nil"/>
              <w:bottom w:val="nil"/>
              <w:right w:val="nil"/>
              <w:insideH w:val="nil"/>
              <w:insideV w:val="nil"/>
            </w:tcBorders>
          </w:tcPr>
          <w:p>
            <w:pPr>
              <w:jc w:val="left"/>
            </w:pPr>
            <w:r>
              <w:t>Seal:</w:t>
            </w:r>
          </w:p>
        </w:tc>
        <w:tc>
          <w:tcPr>
            <w:tcW w:type="dxa" w:w="4986"/>
            <w:tcBorders>
              <w:top w:val="nil"/>
              <w:left w:val="nil"/>
              <w:bottom w:val="nil"/>
              <w:right w:val="nil"/>
              <w:insideH w:val="nil"/>
              <w:insideV w:val="nil"/>
            </w:tcBorders>
          </w:tcPr>
          <w:p>
            <w:pPr>
              <w:jc w:val="left"/>
            </w:pPr>
            <w:r>
              <w:br/>
              <w:br/>
              <w:t>(Place Notary Seal Here)</w:t>
            </w:r>
          </w:p>
        </w:tc>
      </w:tr>
    </w:tbl>
    <w:p>
      <w:r>
        <w:br w:type="page"/>
      </w:r>
    </w:p>
    <w:p>
      <w:pPr>
        <w:jc w:val="center"/>
      </w:pPr>
      <w:r>
        <w:rPr>
          <w:color w:val="555555"/>
          <w:sz w:val="24"/>
        </w:rPr>
        <w:t>Original source of this document:</w:t>
      </w:r>
    </w:p>
    <w:p>
      <w:pPr>
        <w:jc w:val="center"/>
      </w:pPr>
      <w:hyperlink r:id="rId9">
        <w:r>
          <w:rPr>
            <w:color w:val="0000FF"/>
            <w:u w:val="single"/>
          </w:rPr>
          <w:t>https://letter247-us.com/temporary-guardianship-letter/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temporary-guardianship-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