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SPONSORSHIP LETTER FOR DONATIONS</w:t>
      </w:r>
    </w:p>
    <w:p/>
    <w:p/>
    <w:p>
      <w:r>
        <w:rPr>
          <w:b w:val="0"/>
          <w:sz w:val="20"/>
        </w:rPr>
        <w:t>To Whom It May Concern,</w:t>
      </w:r>
    </w:p>
    <w:p/>
    <w:p>
      <w:r>
        <w:rPr>
          <w:b w:val="0"/>
          <w:sz w:val="20"/>
        </w:rPr>
        <w:t>We at _______________________________ (hereinafter referred to as the “Organization”) hereby seek your gracious sponsorship and support for our ongoing and upcoming charitable initiatives aimed at making a significant positive impact in our community and beyond.</w:t>
      </w:r>
    </w:p>
    <w:p/>
    <w:p/>
    <w:p>
      <w:r>
        <w:rPr>
          <w:b/>
          <w:sz w:val="20"/>
        </w:rPr>
        <w:t>Organization Information:</w:t>
      </w:r>
    </w:p>
    <w:p>
      <w:r>
        <w:rPr>
          <w:b w:val="0"/>
          <w:sz w:val="20"/>
        </w:rPr>
        <w:t>Name: ____________________________________________________________</w:t>
      </w:r>
    </w:p>
    <w:p>
      <w:r>
        <w:rPr>
          <w:b w:val="0"/>
          <w:sz w:val="20"/>
        </w:rPr>
        <w:t>Address: __________________________________________________________</w:t>
      </w:r>
    </w:p>
    <w:p>
      <w:r>
        <w:rPr>
          <w:b w:val="0"/>
          <w:sz w:val="20"/>
        </w:rPr>
        <w:t>Contact Person: 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r>
        <w:rPr>
          <w:b/>
          <w:sz w:val="20"/>
        </w:rPr>
        <w:t>Purpose of Sponsorship:</w:t>
      </w:r>
    </w:p>
    <w:p>
      <w:r>
        <w:rPr>
          <w:b w:val="0"/>
          <w:sz w:val="20"/>
        </w:rPr>
        <w:t>The sponsorship sought will be utilized solely for the purpose of funding our charitable programs, including but not limited to community outreach, educational projects, health and wellness initiatives, disaster relief efforts, and other nonprofit activities consistent with our mission and objectives.</w:t>
      </w:r>
    </w:p>
    <w:p/>
    <w:p>
      <w:r>
        <w:rPr>
          <w:b/>
          <w:sz w:val="20"/>
        </w:rPr>
        <w:t>Donation Details:</w:t>
      </w:r>
    </w:p>
    <w:p>
      <w:r>
        <w:rPr>
          <w:b w:val="0"/>
          <w:sz w:val="20"/>
        </w:rPr>
        <w:t>Type of Sponsorship (please specify):_______________________________</w:t>
      </w:r>
    </w:p>
    <w:p>
      <w:r>
        <w:rPr>
          <w:b w:val="0"/>
          <w:sz w:val="20"/>
        </w:rPr>
        <w:t>Amount or Value of Donation: _______________________________________</w:t>
      </w:r>
    </w:p>
    <w:p>
      <w:r>
        <w:rPr>
          <w:b w:val="0"/>
          <w:sz w:val="20"/>
        </w:rPr>
        <w:t>Method of Donation: ________________________________________________</w:t>
      </w:r>
    </w:p>
    <w:p>
      <w:r>
        <w:rPr>
          <w:b w:val="0"/>
          <w:sz w:val="20"/>
        </w:rPr>
        <w:t>Acknowledgment Preferences (e.g., public recognition, anonymity): ____________________</w:t>
      </w:r>
    </w:p>
    <w:p/>
    <w:p>
      <w:r>
        <w:rPr>
          <w:b/>
          <w:sz w:val="20"/>
        </w:rPr>
        <w:t>Terms and Conditions:</w:t>
      </w:r>
    </w:p>
    <w:p>
      <w:r>
        <w:rPr>
          <w:b w:val="0"/>
          <w:sz w:val="20"/>
        </w:rPr>
        <w:t>1. The Organization acknowledges that any sponsorship or donation received is a voluntary contribution intended to support the Organization’s charitable purposes and does not create any ownership or proprietary interest in the Organization.</w:t>
      </w:r>
    </w:p>
    <w:p/>
    <w:p>
      <w:r>
        <w:rPr>
          <w:b w:val="0"/>
          <w:sz w:val="20"/>
        </w:rPr>
        <w:t>2. The Organization agrees to use the sponsorship funds exclusively for the purposes described above and commits to providing a report or acknowledgment upon request detailing the utilization of the donated resources.</w:t>
      </w:r>
    </w:p>
    <w:p/>
    <w:p>
      <w:r>
        <w:rPr>
          <w:b w:val="0"/>
          <w:sz w:val="20"/>
        </w:rPr>
        <w:t>3. The Sponsor agrees that the donation is irrevocable and unconditional, without expectation of direct compensation or material benefit, except for any agreed-upon acknowledgment or recognition.</w:t>
      </w:r>
    </w:p>
    <w:p/>
    <w:p>
      <w:r>
        <w:rPr>
          <w:b w:val="0"/>
          <w:sz w:val="20"/>
        </w:rPr>
        <w:t>4. Both parties agree to comply with all applicable federal, state, and local laws and regulations governing charitable donations and sponsorships within the United States of America.</w:t>
      </w:r>
    </w:p>
    <w:p/>
    <w:p>
      <w:r>
        <w:rPr>
          <w:b w:val="0"/>
          <w:sz w:val="20"/>
        </w:rPr>
        <w:t>5. The Organization shall not use the Sponsor’s name, logo, or trademarks for promotional or advertising purposes without prior written consent from the Sponsor.</w:t>
      </w:r>
    </w:p>
    <w:p/>
    <w:p>
      <w:r>
        <w:rPr>
          <w:b w:val="0"/>
          <w:sz w:val="20"/>
        </w:rPr>
        <w:t>6. This letter constitutes the entire agreement between the Organization and the Sponsor with respect to the sponsorship and supersedes all prior negotiations and understandings, whether written or oral.</w:t>
      </w:r>
    </w:p>
    <w:p/>
    <w:p>
      <w:r>
        <w:rPr>
          <w:b w:val="0"/>
          <w:sz w:val="20"/>
        </w:rPr>
        <w:t>7. Any dispute arising out of or relating to this sponsorship shall be governed by and construed in accordance with the laws of the state in which the Organization is incorporated, without regard to its conflict of law principles.</w:t>
      </w:r>
    </w:p>
    <w:p/>
    <w:p/>
    <w:p>
      <w:r>
        <w:rPr>
          <w:b/>
          <w:sz w:val="20"/>
        </w:rPr>
        <w:t>Sponsor Declaration:</w:t>
      </w:r>
    </w:p>
    <w:p>
      <w:r>
        <w:rPr>
          <w:b w:val="0"/>
          <w:sz w:val="20"/>
        </w:rPr>
        <w:t>By signing below, the Sponsor confirms their voluntary commitment to provide the sponsorship as described herein and acknowledges having read, understood, and agreed to the terms and conditions set forth in this letter.</w:t>
      </w:r>
    </w:p>
    <w:p/>
    <w:p/>
    <w:p>
      <w:r>
        <w:rPr>
          <w:b w:val="0"/>
          <w:sz w:val="20"/>
        </w:rPr>
        <w:t>Location: ____________________________________</w:t>
      </w:r>
    </w:p>
    <w:p>
      <w:r>
        <w:rPr>
          <w:b w:val="0"/>
          <w:sz w:val="20"/>
        </w:rPr>
        <w:t>Date: 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ORGANIZATION REPRESENTATIVE</w:t>
            </w:r>
          </w:p>
        </w:tc>
        <w:tc>
          <w:tcPr>
            <w:tcW w:type="dxa" w:w="4986"/>
            <w:tcBorders>
              <w:top w:val="nil"/>
              <w:left w:val="nil"/>
              <w:bottom w:val="nil"/>
              <w:right w:val="nil"/>
              <w:insideH w:val="nil"/>
              <w:insideV w:val="nil"/>
            </w:tcBorders>
          </w:tcPr>
          <w:p>
            <w:pPr>
              <w:jc w:val="center"/>
            </w:pPr>
            <w:r>
              <w:t>SPONSOR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_________________________________</w:t>
            </w:r>
          </w:p>
        </w:tc>
        <w:tc>
          <w:tcPr>
            <w:tcW w:type="dxa" w:w="4986"/>
            <w:tcBorders>
              <w:top w:val="nil"/>
              <w:left w:val="nil"/>
              <w:bottom w:val="nil"/>
              <w:right w:val="nil"/>
              <w:insideH w:val="nil"/>
              <w:insideV w:val="nil"/>
            </w:tcBorders>
          </w:tcPr>
          <w:p>
            <w:pPr>
              <w:jc w:val="center"/>
            </w:pPr>
            <w:r>
              <w:t>Name: __________________________________________</w:t>
            </w:r>
          </w:p>
        </w:tc>
      </w:tr>
    </w:tbl>
    <w:p/>
    <w:p/>
    <w:p>
      <w:pPr>
        <w:jc w:val="center"/>
      </w:pPr>
      <w:r>
        <w:rPr>
          <w:b w:val="0"/>
          <w:sz w:val="20"/>
        </w:rPr>
        <w:t>Thank you for your generous support and commitment to our mission.</w:t>
      </w:r>
    </w:p>
    <w:p/>
    <w:p/>
    <w:p>
      <w:r>
        <w:rPr>
          <w:b w:val="0"/>
          <w:sz w:val="20"/>
        </w:rPr>
        <w:t>Sincerely,</w:t>
      </w:r>
    </w:p>
    <w:p/>
    <w:p/>
    <w:p/>
    <w:p/>
    <w:p>
      <w:r>
        <w:rPr>
          <w:b w:val="0"/>
          <w:sz w:val="20"/>
        </w:rPr>
        <w:t>_____________________________________</w:t>
      </w:r>
    </w:p>
    <w:p>
      <w:r>
        <w:rPr>
          <w:b w:val="0"/>
          <w:sz w:val="20"/>
        </w:rPr>
        <w:t>Authorized Representative, Organization</w:t>
      </w:r>
    </w:p>
    <w:p>
      <w:r>
        <w:br w:type="page"/>
      </w:r>
    </w:p>
    <w:p>
      <w:pPr>
        <w:jc w:val="center"/>
      </w:pPr>
      <w:r>
        <w:rPr>
          <w:color w:val="555555"/>
          <w:sz w:val="24"/>
        </w:rPr>
        <w:t>Original source of this document:</w:t>
      </w:r>
    </w:p>
    <w:p>
      <w:pPr>
        <w:jc w:val="center"/>
      </w:pPr>
      <w:hyperlink r:id="rId9">
        <w:r>
          <w:rPr>
            <w:color w:val="0000FF"/>
            <w:u w:val="single"/>
          </w:rPr>
          <w:t>https://letter247-us.com/sponsorship-letter-for-donations/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sponsorship-letter-for-donations/"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