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SIGN-ON BONUS AGREEMENT LETTER</w:t>
      </w:r>
    </w:p>
    <w:p/>
    <w:p>
      <w:r>
        <w:rPr>
          <w:b w:val="0"/>
          <w:sz w:val="20"/>
        </w:rPr>
        <w:t>This Sign-On Bonus Agreement Letter (the "Agreement") is entered into between the Company and the Employee as set forth below.</w:t>
      </w:r>
    </w:p>
    <w:p/>
    <w:p>
      <w:r>
        <w:rPr>
          <w:b/>
          <w:sz w:val="20"/>
        </w:rPr>
        <w:t>Company Information:</w:t>
      </w:r>
    </w:p>
    <w:p>
      <w:r>
        <w:rPr>
          <w:b w:val="0"/>
          <w:sz w:val="20"/>
        </w:rPr>
        <w:t>Company Name: ______________________________________________________________</w:t>
      </w:r>
    </w:p>
    <w:p>
      <w:r>
        <w:rPr>
          <w:b w:val="0"/>
          <w:sz w:val="20"/>
        </w:rPr>
        <w:t>Company Address: ___________________________________________________________</w:t>
      </w:r>
    </w:p>
    <w:p>
      <w:r>
        <w:rPr>
          <w:b w:val="0"/>
          <w:sz w:val="20"/>
        </w:rPr>
        <w:t>Phone Number: ______________________________________________________________</w:t>
      </w:r>
    </w:p>
    <w:p/>
    <w:p>
      <w:r>
        <w:rPr>
          <w:b/>
          <w:sz w:val="20"/>
        </w:rPr>
        <w:t>Employee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p>
      <w:pPr>
        <w:jc w:val="center"/>
      </w:pPr>
      <w:r>
        <w:rPr>
          <w:b/>
          <w:sz w:val="20"/>
        </w:rPr>
        <w:t>RECITALS</w:t>
      </w:r>
    </w:p>
    <w:p/>
    <w:p>
      <w:r>
        <w:rPr>
          <w:b w:val="0"/>
          <w:sz w:val="20"/>
        </w:rPr>
        <w:t>WHEREAS, the Company desires to employ the Employee, and</w:t>
      </w:r>
    </w:p>
    <w:p>
      <w:r>
        <w:rPr>
          <w:b w:val="0"/>
          <w:sz w:val="20"/>
        </w:rPr>
        <w:t>WHEREAS, the Company wishes to provide the Employee with a sign-on bonus as an inducement to join the Company, and</w:t>
      </w:r>
    </w:p>
    <w:p>
      <w:r>
        <w:rPr>
          <w:b w:val="0"/>
          <w:sz w:val="20"/>
        </w:rPr>
        <w:t>WHEREAS, the Employee desires to accept such sign-on bonus under the terms and conditions set forth herein.</w:t>
      </w:r>
    </w:p>
    <w:p/>
    <w:p>
      <w:r>
        <w:rPr>
          <w:b/>
          <w:sz w:val="20"/>
        </w:rPr>
        <w:t>1. SIGN-ON BONUS</w:t>
      </w:r>
    </w:p>
    <w:p>
      <w:r>
        <w:rPr>
          <w:b w:val="0"/>
          <w:sz w:val="20"/>
        </w:rPr>
        <w:t>The Company agrees to pay the Employee a one-time sign-on bonus in the amount of $________________ (the "Bonus"). The Bonus will be paid as follows:</w:t>
      </w:r>
    </w:p>
    <w:p>
      <w:r>
        <w:rPr>
          <w:b w:val="0"/>
          <w:sz w:val="20"/>
        </w:rPr>
        <w:t>- Payment Method: _________________________________________________________</w:t>
      </w:r>
    </w:p>
    <w:p>
      <w:r>
        <w:rPr>
          <w:b w:val="0"/>
          <w:sz w:val="20"/>
        </w:rPr>
        <w:t>- Payment Date: ___________________________________________________________</w:t>
      </w:r>
    </w:p>
    <w:p/>
    <w:p>
      <w:r>
        <w:rPr>
          <w:b/>
          <w:sz w:val="20"/>
        </w:rPr>
        <w:t>2. CONDITIONS FOR REPAYMENT</w:t>
      </w:r>
    </w:p>
    <w:p>
      <w:r>
        <w:rPr>
          <w:b w:val="0"/>
          <w:sz w:val="20"/>
        </w:rPr>
        <w:t>The Employee agrees that the Bonus is subject to the following conditions:</w:t>
      </w:r>
    </w:p>
    <w:p>
      <w:r>
        <w:rPr>
          <w:b w:val="0"/>
          <w:sz w:val="20"/>
        </w:rPr>
        <w:t>- If the Employee voluntarily resigns or is terminated for Cause within ______ months from the commencement of employment, the Employee shall repay the full Bonus amount to the Company within ______ days of termination.</w:t>
      </w:r>
    </w:p>
    <w:p>
      <w:r>
        <w:rPr>
          <w:b w:val="0"/>
          <w:sz w:val="20"/>
        </w:rPr>
        <w:t>- "Cause" shall mean termination due to gross misconduct, violation of Company policy, breach of fiduciary duty, or other lawful grounds as defined by Company policies and applicable laws.</w:t>
      </w:r>
    </w:p>
    <w:p/>
    <w:p>
      <w:r>
        <w:rPr>
          <w:b/>
          <w:sz w:val="20"/>
        </w:rPr>
        <w:t>3. EMPLOYMENT AT-WILL</w:t>
      </w:r>
    </w:p>
    <w:p>
      <w:r>
        <w:rPr>
          <w:b w:val="0"/>
          <w:sz w:val="20"/>
        </w:rPr>
        <w:t>The Employee understands and agrees that this Agreement does not constitute a guarantee of employment for any specific duration. Employment with the Company is at-will, meaning either the Employee or the Company may terminate the employment relationship at any time, with or without cause or notice, subject to applicable law.</w:t>
      </w:r>
    </w:p>
    <w:p/>
    <w:p>
      <w:r>
        <w:rPr>
          <w:b/>
          <w:sz w:val="20"/>
        </w:rPr>
        <w:t>4. TAX WITHHOLDING</w:t>
      </w:r>
    </w:p>
    <w:p>
      <w:r>
        <w:rPr>
          <w:b w:val="0"/>
          <w:sz w:val="20"/>
        </w:rPr>
        <w:t>The Employee acknowledges that the Bonus shall be subject to applicable tax withholding and deductions as required by federal, state, and local law. The Company will withhold all taxes in accordance with applicable law.</w:t>
      </w:r>
    </w:p>
    <w:p/>
    <w:p>
      <w:r>
        <w:rPr>
          <w:b/>
          <w:sz w:val="20"/>
        </w:rPr>
        <w:t>5. MISCELLANEOUS</w:t>
      </w:r>
    </w:p>
    <w:p>
      <w:r>
        <w:rPr>
          <w:b w:val="0"/>
          <w:sz w:val="20"/>
        </w:rPr>
        <w:t>- Entire Agreement: This Agreement constitutes the entire understanding between the parties regarding the Bonus and supersedes all prior agreements or understandings, written or oral.</w:t>
      </w:r>
    </w:p>
    <w:p>
      <w:r>
        <w:rPr>
          <w:b w:val="0"/>
          <w:sz w:val="20"/>
        </w:rPr>
        <w:t>- Governing Law: This Agreement shall be governed by and construed in accordance with the laws of the state of _____________________, without regard to conflict of law principles.</w:t>
      </w:r>
    </w:p>
    <w:p>
      <w:r>
        <w:rPr>
          <w:b w:val="0"/>
          <w:sz w:val="20"/>
        </w:rPr>
        <w:t>- Amendment: Any amendment or modification to this Agreement must be in writing and signed by both parties.</w:t>
      </w:r>
    </w:p>
    <w:p>
      <w:r>
        <w:rPr>
          <w:b w:val="0"/>
          <w:sz w:val="20"/>
        </w:rPr>
        <w:t>- Severability: If any provision of this Agreement is found to be invalid or unenforceable, the remaining provisions shall remain in full force and effect.</w:t>
      </w:r>
    </w:p>
    <w:p>
      <w:r>
        <w:rPr>
          <w:b w:val="0"/>
          <w:sz w:val="20"/>
        </w:rPr>
        <w:t>- Waiver: Failure to enforce any provision of this Agreement shall not be construed as a waiver of such provision or any other provision.</w:t>
      </w:r>
    </w:p>
    <w:p/>
    <w:p>
      <w:r>
        <w:rPr>
          <w:b/>
          <w:sz w:val="20"/>
        </w:rPr>
        <w:t>6. ACKNOWLEDGMENT</w:t>
      </w:r>
    </w:p>
    <w:p>
      <w:r>
        <w:rPr>
          <w:b w:val="0"/>
          <w:sz w:val="20"/>
        </w:rPr>
        <w:t>By signing below, the Employee acknowledges having read, understood, and agreed to the terms and conditions of this Sign-On Bonus Agreement Letter.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https://letter247-us.com/sign-on-bonus-letter/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sign-on-bonus-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