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SHIPPER'S LETTER OF INSTRUCTION</w:t>
      </w:r>
    </w:p>
    <w:p/>
    <w:p>
      <w:r>
        <w:rPr>
          <w:b/>
          <w:sz w:val="20"/>
        </w:rPr>
        <w:t>Shipper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Consignee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Notify Party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Shipment Details:</w:t>
      </w:r>
    </w:p>
    <w:p>
      <w:r>
        <w:rPr>
          <w:b w:val="0"/>
          <w:sz w:val="20"/>
        </w:rPr>
        <w:t>Port of Loading: _________________________________________________________</w:t>
      </w:r>
    </w:p>
    <w:p>
      <w:r>
        <w:rPr>
          <w:b w:val="0"/>
          <w:sz w:val="20"/>
        </w:rPr>
        <w:t>Port of Discharge: _______________________________________________________</w:t>
      </w:r>
    </w:p>
    <w:p>
      <w:r>
        <w:rPr>
          <w:b w:val="0"/>
          <w:sz w:val="20"/>
        </w:rPr>
        <w:t>Final Destination: _______________________________________________________</w:t>
      </w:r>
    </w:p>
    <w:p>
      <w:r>
        <w:rPr>
          <w:b w:val="0"/>
          <w:sz w:val="20"/>
        </w:rPr>
        <w:t>Place of Receipt: _________________________________________________________</w:t>
      </w:r>
    </w:p>
    <w:p>
      <w:r>
        <w:rPr>
          <w:b w:val="0"/>
          <w:sz w:val="20"/>
        </w:rPr>
        <w:t>Place of Delivery: ________________________________________________________</w:t>
      </w:r>
    </w:p>
    <w:p/>
    <w:p>
      <w:r>
        <w:rPr>
          <w:b/>
          <w:sz w:val="20"/>
        </w:rPr>
        <w:t>Carrier Information:</w:t>
      </w:r>
    </w:p>
    <w:p>
      <w:r>
        <w:rPr>
          <w:b w:val="0"/>
          <w:sz w:val="20"/>
        </w:rPr>
        <w:t>Carrier Name: ____________________________________________________________</w:t>
      </w:r>
    </w:p>
    <w:p>
      <w:r>
        <w:rPr>
          <w:b w:val="0"/>
          <w:sz w:val="20"/>
        </w:rPr>
        <w:t>Vessel Name / Voyage Number: _____________________________________________</w:t>
      </w:r>
    </w:p>
    <w:p>
      <w:r>
        <w:rPr>
          <w:b w:val="0"/>
          <w:sz w:val="20"/>
        </w:rPr>
        <w:t>Container Number(s) / Equipment Details: _________________________________</w:t>
      </w:r>
    </w:p>
    <w:p/>
    <w:p>
      <w:r>
        <w:rPr>
          <w:b/>
          <w:sz w:val="20"/>
        </w:rPr>
        <w:t>Description of Goods:</w:t>
      </w:r>
    </w:p>
    <w:p>
      <w:r>
        <w:rPr>
          <w:b w:val="0"/>
          <w:sz w:val="20"/>
        </w:rPr>
        <w:t>Commodity: _______________________________________________________________</w:t>
      </w:r>
    </w:p>
    <w:p>
      <w:r>
        <w:rPr>
          <w:b w:val="0"/>
          <w:sz w:val="20"/>
        </w:rPr>
        <w:t>Number of Packages: _____________________________________________________</w:t>
      </w:r>
    </w:p>
    <w:p>
      <w:r>
        <w:rPr>
          <w:b w:val="0"/>
          <w:sz w:val="20"/>
        </w:rPr>
        <w:t>Gross Weight: ___________________________________________________________</w:t>
      </w:r>
    </w:p>
    <w:p>
      <w:r>
        <w:rPr>
          <w:b w:val="0"/>
          <w:sz w:val="20"/>
        </w:rPr>
        <w:t>Measurement (Cubic Meters): ______________________________________________</w:t>
      </w:r>
    </w:p>
    <w:p>
      <w:r>
        <w:rPr>
          <w:b w:val="0"/>
          <w:sz w:val="20"/>
        </w:rPr>
        <w:t>Marks and Numbers: ______________________________________________________</w:t>
      </w:r>
    </w:p>
    <w:p/>
    <w:p>
      <w:r>
        <w:rPr>
          <w:b/>
          <w:sz w:val="20"/>
        </w:rPr>
        <w:t>Special Instructions: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Freight Payment Terms:</w:t>
      </w:r>
    </w:p>
    <w:p>
      <w:r>
        <w:rPr>
          <w:b w:val="0"/>
          <w:sz w:val="20"/>
        </w:rPr>
        <w:t>□ Prepaid</w:t>
      </w:r>
    </w:p>
    <w:p>
      <w:r>
        <w:rPr>
          <w:b w:val="0"/>
          <w:sz w:val="20"/>
        </w:rPr>
        <w:t>□ Collect</w:t>
      </w:r>
    </w:p>
    <w:p>
      <w:r>
        <w:rPr>
          <w:b w:val="0"/>
          <w:sz w:val="20"/>
        </w:rPr>
        <w:t>□ Third Party - Name and Address: ________________________________________</w:t>
      </w:r>
    </w:p>
    <w:p/>
    <w:p>
      <w:r>
        <w:rPr>
          <w:b/>
          <w:sz w:val="20"/>
        </w:rPr>
        <w:t>Insurance Instructions:</w:t>
      </w:r>
    </w:p>
    <w:p>
      <w:r>
        <w:rPr>
          <w:b w:val="0"/>
          <w:sz w:val="20"/>
        </w:rPr>
        <w:t>□ Please arrange insurance as per terms agreed with Shipper.</w:t>
      </w:r>
    </w:p>
    <w:p>
      <w:r>
        <w:rPr>
          <w:b w:val="0"/>
          <w:sz w:val="20"/>
        </w:rPr>
        <w:t>□ Shipper will arrange insurance separately.</w:t>
      </w:r>
    </w:p>
    <w:p>
      <w:r>
        <w:rPr>
          <w:b w:val="0"/>
          <w:sz w:val="20"/>
        </w:rPr>
        <w:t>□ No insurance required.</w:t>
      </w:r>
    </w:p>
    <w:p/>
    <w:p>
      <w:r>
        <w:rPr>
          <w:b/>
          <w:sz w:val="20"/>
        </w:rPr>
        <w:t>Documentation Instructions:</w:t>
      </w:r>
    </w:p>
    <w:p>
      <w:r>
        <w:rPr>
          <w:b w:val="0"/>
          <w:sz w:val="20"/>
        </w:rPr>
        <w:t>Number of Originals Required: _______</w:t>
      </w:r>
    </w:p>
    <w:p>
      <w:r>
        <w:rPr>
          <w:b w:val="0"/>
          <w:sz w:val="20"/>
        </w:rPr>
        <w:t>Consignee to receive documents by:</w:t>
      </w:r>
    </w:p>
    <w:p>
      <w:r>
        <w:rPr>
          <w:b w:val="0"/>
          <w:sz w:val="20"/>
        </w:rPr>
        <w:t>□ Courier</w:t>
      </w:r>
    </w:p>
    <w:p>
      <w:r>
        <w:rPr>
          <w:b w:val="0"/>
          <w:sz w:val="20"/>
        </w:rPr>
        <w:t>□ Email</w:t>
      </w:r>
    </w:p>
    <w:p>
      <w:r>
        <w:rPr>
          <w:b w:val="0"/>
          <w:sz w:val="20"/>
        </w:rPr>
        <w:t>□ Fax</w:t>
      </w:r>
    </w:p>
    <w:p>
      <w:r>
        <w:rPr>
          <w:b w:val="0"/>
          <w:sz w:val="20"/>
        </w:rPr>
        <w:t>□ Other: _________________________________________________________________</w:t>
      </w:r>
    </w:p>
    <w:p/>
    <w:p>
      <w:r>
        <w:rPr>
          <w:b/>
          <w:sz w:val="20"/>
        </w:rPr>
        <w:t>Declaration and Authorization:</w:t>
      </w:r>
    </w:p>
    <w:p>
      <w:r>
        <w:rPr>
          <w:b w:val="0"/>
          <w:sz w:val="20"/>
        </w:rPr>
        <w:t>The undersigned declares that the particulars and instructions contained herein are true and correct to the best of their knowledge and authorizes the carrier and its agents to act on these instructions.</w:t>
      </w:r>
    </w:p>
    <w:p/>
    <w:p>
      <w:r>
        <w:rPr>
          <w:b/>
          <w:sz w:val="20"/>
        </w:rPr>
        <w:t>Liability and Indemnity:</w:t>
      </w:r>
    </w:p>
    <w:p>
      <w:r>
        <w:rPr>
          <w:b w:val="0"/>
          <w:sz w:val="20"/>
        </w:rPr>
        <w:t>The Shipper confirms that the goods are properly described, packaged, and marked in accordance with applicable laws and regulations. The Shipper shall indemnify and hold harmless the carrier and its agents from any claims, damages, or losses arising from incorrect or incomplete information provided herein or failure to comply with applicable regulations.</w:t>
      </w:r>
    </w:p>
    <w:p/>
    <w:p>
      <w:r>
        <w:rPr>
          <w:b/>
          <w:sz w:val="20"/>
        </w:rPr>
        <w:t>Governing Law and Jurisdiction:</w:t>
      </w:r>
    </w:p>
    <w:p>
      <w:r>
        <w:rPr>
          <w:b w:val="0"/>
          <w:sz w:val="20"/>
        </w:rPr>
        <w:t>This Letter of Instruction shall be governed by and construed in accordance with the laws of the United States of America. Any dispute arising out of or in connection with this document shall be subject to the exclusive jurisdiction of the federal and state courts located in the United States.</w:t>
      </w:r>
    </w:p>
    <w:p/>
    <w:p/>
    <w:p>
      <w:r>
        <w:rPr>
          <w:b w:val="0"/>
          <w:sz w:val="20"/>
        </w:rPr>
        <w:t>Place of Execution: _________________________________________________</w:t>
      </w:r>
    </w:p>
    <w:p>
      <w:r>
        <w:rPr>
          <w:b w:val="0"/>
          <w:sz w:val="20"/>
        </w:rPr>
        <w:t>Shipper's Authorized Signature: _________________________________________</w:t>
      </w:r>
    </w:p>
    <w:p>
      <w:r>
        <w:rPr>
          <w:b w:val="0"/>
          <w:sz w:val="20"/>
        </w:rPr>
        <w:t>Name and Title: 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SHIPPER</w:t>
            </w:r>
          </w:p>
        </w:tc>
        <w:tc>
          <w:tcPr>
            <w:tcW w:type="dxa" w:w="4986"/>
            <w:tcBorders>
              <w:top w:val="nil"/>
              <w:left w:val="nil"/>
              <w:bottom w:val="nil"/>
              <w:right w:val="nil"/>
              <w:insideH w:val="nil"/>
              <w:insideV w:val="nil"/>
            </w:tcBorders>
          </w:tcPr>
          <w:p>
            <w:pPr>
              <w:jc w:val="center"/>
            </w:pPr>
            <w:r>
              <w:t>CARRIER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w:t>
            </w:r>
          </w:p>
        </w:tc>
        <w:tc>
          <w:tcPr>
            <w:tcW w:type="dxa" w:w="4986"/>
            <w:tcBorders>
              <w:top w:val="nil"/>
              <w:left w:val="nil"/>
              <w:bottom w:val="nil"/>
              <w:right w:val="nil"/>
              <w:insideH w:val="nil"/>
              <w:insideV w:val="nil"/>
            </w:tcBorders>
          </w:tcPr>
          <w:p>
            <w:pPr>
              <w:jc w:val="center"/>
            </w:pPr>
            <w:r>
              <w:t>Name and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https://letter247-us.com/shipper's-letter-of-instruction/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shipper's-letter-of-instruction/"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