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SECURITY DEPOSIT DEMAND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 / Company: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 / Company: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/>
    <w:p>
      <w:r>
        <w:rPr>
          <w:b/>
          <w:sz w:val="20"/>
        </w:rPr>
        <w:t>Subject: Demand for Return of Security Deposit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This letter serves as a formal demand for the return of the security deposit paid in connection with the rental of the property located at:</w:t>
      </w:r>
    </w:p>
    <w:p>
      <w:r>
        <w:rPr>
          <w:b w:val="0"/>
          <w:sz w:val="20"/>
        </w:rPr>
        <w:t>Property Address: _______________________________________________________</w:t>
      </w:r>
    </w:p>
    <w:p/>
    <w:p>
      <w:r>
        <w:rPr>
          <w:b w:val="0"/>
          <w:sz w:val="20"/>
        </w:rPr>
        <w:t>As per the terms of the lease agreement executed between the undersigned (the Tenant) and you (the Landlord), the security deposit paid was in the amount of __________________________ USD.</w:t>
      </w:r>
    </w:p>
    <w:p>
      <w:r>
        <w:rPr>
          <w:b w:val="0"/>
          <w:sz w:val="20"/>
        </w:rPr>
        <w:t>The lease agreement was terminated and possession of the property was returned to you on _________________________________.</w:t>
      </w:r>
    </w:p>
    <w:p/>
    <w:p>
      <w:r>
        <w:rPr>
          <w:b w:val="0"/>
          <w:sz w:val="20"/>
        </w:rPr>
        <w:t>According to applicable laws governing landlord-tenant relationships in the United States, a security deposit is held by the Landlord to secure performance of the terms of the lease and to cover damages beyond normal wear and tear.</w:t>
      </w:r>
    </w:p>
    <w:p>
      <w:r>
        <w:rPr>
          <w:b w:val="0"/>
          <w:sz w:val="20"/>
        </w:rPr>
        <w:t>To date, the undersigned has fulfilled all obligations under the lease, has returned the property in good condition, and requests the immediate refund of the full security deposit amount.</w:t>
      </w:r>
    </w:p>
    <w:p/>
    <w:p>
      <w:r>
        <w:rPr>
          <w:b w:val="0"/>
          <w:sz w:val="20"/>
        </w:rPr>
        <w:t>If any deductions from the security deposit are claimed, please provide an itemized written statement specifying the amounts and reasons for each deduction as required by law.</w:t>
      </w:r>
    </w:p>
    <w:p>
      <w:r>
        <w:rPr>
          <w:b w:val="0"/>
          <w:sz w:val="20"/>
        </w:rPr>
        <w:t>Failure to provide such an itemized statement within the statutory timeframe will be considered a waiver of any claims against the security deposit.</w:t>
      </w:r>
    </w:p>
    <w:p/>
    <w:p>
      <w:r>
        <w:rPr>
          <w:b w:val="0"/>
          <w:sz w:val="20"/>
        </w:rPr>
        <w:t>Please remit the full amount of the security deposit or the balance after lawful deductions within 14 calendar days from the receipt of this letter.</w:t>
      </w:r>
    </w:p>
    <w:p>
      <w:r>
        <w:rPr>
          <w:b w:val="0"/>
          <w:sz w:val="20"/>
        </w:rPr>
        <w:t>Payment should be made via check or electronic transfer to the following address or account:</w:t>
      </w:r>
    </w:p>
    <w:p>
      <w:r>
        <w:rPr>
          <w:b w:val="0"/>
          <w:sz w:val="20"/>
        </w:rPr>
        <w:t>Payment Address / Account Information: ____________________________________</w:t>
      </w:r>
    </w:p>
    <w:p/>
    <w:p>
      <w:r>
        <w:rPr>
          <w:b w:val="0"/>
          <w:sz w:val="20"/>
        </w:rPr>
        <w:t>Failure to comply with this demand may result in legal action to recover the security deposit, including but not limited to filing a claim in small claims court.</w:t>
      </w:r>
    </w:p>
    <w:p>
      <w:r>
        <w:rPr>
          <w:b w:val="0"/>
          <w:sz w:val="20"/>
        </w:rPr>
        <w:t>Additionally, the undersigned may seek recovery of costs, attorney’s fees, and any other remedies available under applicable law.</w:t>
      </w:r>
    </w:p>
    <w:p/>
    <w:p>
      <w:r>
        <w:rPr>
          <w:b w:val="0"/>
          <w:sz w:val="20"/>
        </w:rPr>
        <w:t>We prefer to resolve this matter amicably and urge you to respond promptly to avoid escalation.</w:t>
      </w:r>
    </w:p>
    <w:p/>
    <w:p/>
    <w:p>
      <w:r>
        <w:rPr>
          <w:b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/>
    <w:p/>
    <w:p>
      <w:r>
        <w:rPr>
          <w:b w:val="0"/>
          <w:sz w:val="20"/>
        </w:rPr>
        <w:t>If you have any questions regarding this demand, please contact the undersigned at the phone number or email address provided above.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https://letter247-us.com/security-deposit-demand-letter/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security-deposit-demand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