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SCHOLARSHIP ACCEPTANCE LETTER</w:t>
      </w:r>
    </w:p>
    <w:p/>
    <w:p>
      <w:r>
        <w:rPr>
          <w:b/>
          <w:sz w:val="20"/>
        </w:rPr>
        <w:t>To:</w:t>
      </w:r>
    </w:p>
    <w:p>
      <w:r>
        <w:rPr>
          <w:b w:val="0"/>
          <w:sz w:val="20"/>
        </w:rPr>
        <w:t>Scholarship Committee</w:t>
      </w:r>
    </w:p>
    <w:p>
      <w:r>
        <w:rPr>
          <w:b w:val="0"/>
          <w:sz w:val="20"/>
        </w:rPr>
        <w:t>[Name of Scholarship Organization]</w:t>
      </w:r>
    </w:p>
    <w:p>
      <w:r>
        <w:rPr>
          <w:b w:val="0"/>
          <w:sz w:val="20"/>
        </w:rPr>
        <w:t>[Address Line 1]</w:t>
      </w:r>
    </w:p>
    <w:p>
      <w:r>
        <w:rPr>
          <w:b w:val="0"/>
          <w:sz w:val="20"/>
        </w:rPr>
        <w:t>[Address Line 2]</w:t>
      </w:r>
    </w:p>
    <w:p>
      <w:r>
        <w:rPr>
          <w:b w:val="0"/>
          <w:sz w:val="20"/>
        </w:rPr>
        <w:t>[City, State ZIP Code]</w:t>
      </w:r>
    </w:p>
    <w:p/>
    <w:p/>
    <w:p>
      <w:r>
        <w:rPr>
          <w:b w:val="0"/>
          <w:sz w:val="20"/>
        </w:rPr>
        <w:t>Dear Scholarship Committee,</w:t>
      </w:r>
    </w:p>
    <w:p/>
    <w:p>
      <w:r>
        <w:rPr>
          <w:b w:val="0"/>
          <w:sz w:val="20"/>
        </w:rPr>
        <w:t>I am writing to formally accept the offer of the scholarship awarded to me by [Name of Scholarship Organization]. I am deeply honored and grateful to have been selected as a recipient of this prestigious scholarship. The financial support provided will be invaluable in assisting me to pursue my academic and career goals.</w:t>
      </w:r>
    </w:p>
    <w:p/>
    <w:p>
      <w:r>
        <w:rPr>
          <w:b/>
          <w:sz w:val="20"/>
        </w:rPr>
        <w:t>Scholarship Details:</w:t>
      </w:r>
    </w:p>
    <w:p>
      <w:r>
        <w:rPr>
          <w:b w:val="0"/>
          <w:sz w:val="20"/>
        </w:rPr>
        <w:t>Scholarship Name: __________________________________________________________</w:t>
      </w:r>
    </w:p>
    <w:p>
      <w:r>
        <w:rPr>
          <w:b w:val="0"/>
          <w:sz w:val="20"/>
        </w:rPr>
        <w:t>Award Amount: _____________________________________________________________</w:t>
      </w:r>
    </w:p>
    <w:p>
      <w:r>
        <w:rPr>
          <w:b w:val="0"/>
          <w:sz w:val="20"/>
        </w:rPr>
        <w:t>Academic Program: _________________________________________________________</w:t>
      </w:r>
    </w:p>
    <w:p>
      <w:r>
        <w:rPr>
          <w:b w:val="0"/>
          <w:sz w:val="20"/>
        </w:rPr>
        <w:t>Institution: _______________________________________________________________</w:t>
      </w:r>
    </w:p>
    <w:p>
      <w:r>
        <w:rPr>
          <w:b w:val="0"/>
          <w:sz w:val="20"/>
        </w:rPr>
        <w:t>Duration of Scholarship: ___________________________________________________</w:t>
      </w:r>
    </w:p>
    <w:p/>
    <w:p>
      <w:r>
        <w:rPr>
          <w:b w:val="0"/>
          <w:sz w:val="20"/>
        </w:rPr>
        <w:t>I acknowledge and agree to comply with all terms and conditions set forth by the scholarship provider, including but not limited to maintaining the required academic performance standards, participating in any mandatory events or reporting processes, and promptly notifying the scholarship committee of any changes in my enrollment or academic status.</w:t>
      </w:r>
    </w:p>
    <w:p/>
    <w:p>
      <w:r>
        <w:rPr>
          <w:b w:val="0"/>
          <w:sz w:val="20"/>
        </w:rPr>
        <w:t>I understand that failure to comply with the scholarship requirements may result in the revocation of the award and a request for repayment of any disbursed funds.</w:t>
      </w:r>
    </w:p>
    <w:p/>
    <w:p>
      <w:r>
        <w:rPr>
          <w:b w:val="0"/>
          <w:sz w:val="20"/>
        </w:rPr>
        <w:t>I sincerely appreciate the confidence you have placed in me through this scholarship. It motivates me to continue striving for excellence in my studies and to contribute positively to my community.</w:t>
      </w:r>
    </w:p>
    <w:p/>
    <w:p>
      <w:r>
        <w:rPr>
          <w:b w:val="0"/>
          <w:sz w:val="20"/>
        </w:rPr>
        <w:t>Please do not hesitate to contact me should you require any further information or documentation. I look forward to continuing this partnership and will make every effort to uphold the standards and values of the scholarship.</w:t>
      </w:r>
    </w:p>
    <w:p/>
    <w:p/>
    <w:p>
      <w:r>
        <w:rPr>
          <w:b w:val="0"/>
          <w:sz w:val="20"/>
        </w:rPr>
        <w:t>Sincerely,</w:t>
      </w:r>
    </w:p>
    <w:p/>
    <w:p/>
    <w:p/>
    <w:p/>
    <w:p>
      <w:r>
        <w:rPr>
          <w:b w:val="0"/>
          <w:sz w:val="20"/>
        </w:rPr>
        <w:t>__________________________________________</w:t>
      </w:r>
    </w:p>
    <w:p>
      <w:r>
        <w:rPr>
          <w:b w:val="0"/>
          <w:sz w:val="20"/>
        </w:rPr>
        <w:t>Signature of Recipient</w:t>
      </w:r>
    </w:p>
    <w:p/>
    <w:p>
      <w:r>
        <w:rPr>
          <w:b w:val="0"/>
          <w:sz w:val="20"/>
        </w:rPr>
        <w:t>Print Name: _______________________________________________________________</w:t>
      </w:r>
    </w:p>
    <w:p>
      <w:r>
        <w:rPr>
          <w:b w:val="0"/>
          <w:sz w:val="20"/>
        </w:rPr>
        <w:t>Contact Information: _______________________________________________________</w:t>
      </w:r>
    </w:p>
    <w:p>
      <w:r>
        <w:rPr>
          <w:b w:val="0"/>
          <w:sz w:val="20"/>
        </w:rPr>
        <w:t>Email: ____________________________________________________________________</w:t>
      </w:r>
    </w:p>
    <w:p>
      <w:r>
        <w:rPr>
          <w:b w:val="0"/>
          <w:sz w:val="20"/>
        </w:rPr>
        <w:t>Phone: ____________________________________________________________________</w:t>
      </w:r>
    </w:p>
    <w:p/>
    <w:p/>
    <w:p>
      <w:r>
        <w:rPr>
          <w:b w:val="0"/>
          <w:sz w:val="20"/>
        </w:rPr>
        <w:t>Place of Signature: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RECIPIENT</w:t>
            </w:r>
          </w:p>
        </w:tc>
        <w:tc>
          <w:tcPr>
            <w:tcW w:type="dxa" w:w="4986"/>
            <w:tcBorders>
              <w:top w:val="nil"/>
              <w:left w:val="nil"/>
              <w:bottom w:val="nil"/>
              <w:right w:val="nil"/>
              <w:insideH w:val="nil"/>
              <w:insideV w:val="nil"/>
            </w:tcBorders>
          </w:tcPr>
          <w:p>
            <w:pPr>
              <w:jc w:val="center"/>
            </w:pPr>
            <w:r>
              <w:t>AUTHORIZED REPRESENTATIVE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https://letter247-us.com/scholarship-acceptance-letter/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scholarship-acceptance-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