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RESIGNATION LETTER</w:t>
      </w:r>
    </w:p>
    <w:p/>
    <w:p/>
    <w:p>
      <w:r>
        <w:rPr>
          <w:b/>
          <w:sz w:val="20"/>
        </w:rPr>
        <w:t>Recipient Information:</w:t>
      </w:r>
    </w:p>
    <w:p>
      <w:r>
        <w:rPr>
          <w:b w:val="0"/>
          <w:sz w:val="20"/>
        </w:rPr>
        <w:t>Name: ________________________________________________________________</w:t>
      </w:r>
    </w:p>
    <w:p>
      <w:r>
        <w:rPr>
          <w:b w:val="0"/>
          <w:sz w:val="20"/>
        </w:rPr>
        <w:t>Title: _________________________________________________________________</w:t>
      </w:r>
    </w:p>
    <w:p>
      <w:r>
        <w:rPr>
          <w:b w:val="0"/>
          <w:sz w:val="20"/>
        </w:rPr>
        <w:t>Company: 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/>
    <w:p/>
    <w:p>
      <w:r>
        <w:rPr>
          <w:b w:val="0"/>
          <w:sz w:val="20"/>
        </w:rPr>
        <w:t>Dear ________________________,</w:t>
      </w:r>
    </w:p>
    <w:p/>
    <w:p>
      <w:r>
        <w:rPr>
          <w:b w:val="0"/>
          <w:sz w:val="20"/>
        </w:rPr>
        <w:t>I am writing to formally resign from my position at the company, effective immediately or as otherwise agreed.</w:t>
      </w:r>
    </w:p>
    <w:p/>
    <w:p>
      <w:r>
        <w:rPr>
          <w:b w:val="0"/>
          <w:sz w:val="20"/>
        </w:rPr>
        <w:t>This letter serves as my official notice of resignation from my role as ____________________________ at ________________________________.</w:t>
      </w:r>
    </w:p>
    <w:p/>
    <w:p>
      <w:r>
        <w:rPr>
          <w:b w:val="0"/>
          <w:sz w:val="20"/>
        </w:rPr>
        <w:t>I understand and intend to comply with the notice period requirements as outlined in my employment agreement or company policy.</w:t>
      </w:r>
    </w:p>
    <w:p/>
    <w:p>
      <w:r>
        <w:rPr>
          <w:b w:val="0"/>
          <w:sz w:val="20"/>
        </w:rPr>
        <w:t>Reason for resignation (optional):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 w:val="0"/>
          <w:sz w:val="20"/>
        </w:rPr>
        <w:t>I want to express my gratitude for the opportunities for professional and personal development that you have provided me during my time with the company.</w:t>
      </w:r>
    </w:p>
    <w:p/>
    <w:p>
      <w:r>
        <w:rPr>
          <w:b w:val="0"/>
          <w:sz w:val="20"/>
        </w:rPr>
        <w:t>I am committed to ensuring a smooth transition of my responsibilities. Please let me know how I can assist during this period.</w:t>
      </w:r>
    </w:p>
    <w:p/>
    <w:p>
      <w:r>
        <w:rPr>
          <w:b w:val="0"/>
          <w:sz w:val="20"/>
        </w:rPr>
        <w:t>I acknowledge my obligation to return all company property, including but not limited to keys, equipment, documents, and confidential information, on or before my last working day.</w:t>
      </w:r>
    </w:p>
    <w:p/>
    <w:p>
      <w:r>
        <w:rPr>
          <w:b w:val="0"/>
          <w:sz w:val="20"/>
        </w:rPr>
        <w:t>I understand my continuing obligations regarding confidentiality, non-disclosure, and any applicable post-employment restrictions as set forth in my employment agreement or applicable law.</w:t>
      </w:r>
    </w:p>
    <w:p/>
    <w:p/>
    <w:p>
      <w:r>
        <w:rPr>
          <w:b w:val="0"/>
          <w:sz w:val="20"/>
        </w:rPr>
        <w:t>Thank you for your support and understanding. I wish the company continued success.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Employer / Representative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 Name: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 Name: _________________________</w:t>
            </w:r>
          </w:p>
        </w:tc>
      </w:tr>
    </w:tbl>
    <w:p/>
    <w:p/>
    <w:p>
      <w:r>
        <w:rPr>
          <w:b w:val="0"/>
          <w:sz w:val="20"/>
        </w:rPr>
        <w:t>Place: ________________________________    Date: ________________________________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https://letter247-us.com/resignation-letter/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247-us.com/resignation-letter/" TargetMode="External"/><Relationship Id="rId10" Type="http://schemas.openxmlformats.org/officeDocument/2006/relationships/hyperlink" Target="https://letter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