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RESIDENCY LETTER OF RECOMMENDATION</w:t>
      </w:r>
    </w:p>
    <w:p/>
    <w:p/>
    <w:p>
      <w:r>
        <w:rPr>
          <w:b w:val="0"/>
          <w:sz w:val="20"/>
        </w:rPr>
        <w:t>To Whom It May Concern,</w:t>
      </w:r>
    </w:p>
    <w:p/>
    <w:p>
      <w:r>
        <w:rPr>
          <w:b w:val="0"/>
          <w:sz w:val="20"/>
        </w:rPr>
        <w:t>This letter serves as a formal recommendation for the residency application of the individual named below. The undersigned attests to the good character, responsibility, and reliability of the applicant within the community. The information provided herein is accurate and intended to assist in the evaluation of the applicant’s suitability for residency under United States law.</w:t>
      </w:r>
    </w:p>
    <w:p/>
    <w:p/>
    <w:p>
      <w:r>
        <w:rPr>
          <w:b/>
          <w:sz w:val="20"/>
        </w:rPr>
        <w:t>Applicant Information:</w:t>
      </w:r>
    </w:p>
    <w:p>
      <w:r>
        <w:rPr>
          <w:b w:val="0"/>
          <w:sz w:val="20"/>
        </w:rPr>
        <w:t>Full Name: _________________________________________________________________</w:t>
      </w:r>
    </w:p>
    <w:p>
      <w:r>
        <w:rPr>
          <w:b w:val="0"/>
          <w:sz w:val="20"/>
        </w:rPr>
        <w:t>Date of Birth: _____________________________________________________________</w:t>
      </w:r>
    </w:p>
    <w:p>
      <w:r>
        <w:rPr>
          <w:b w:val="0"/>
          <w:sz w:val="20"/>
        </w:rPr>
        <w:t>Current Address: ___________________________________________________________</w:t>
      </w:r>
    </w:p>
    <w:p>
      <w:r>
        <w:rPr>
          <w:b w:val="0"/>
          <w:sz w:val="20"/>
        </w:rPr>
        <w:t>Phone Number: ______________________________________________________________</w:t>
      </w:r>
    </w:p>
    <w:p/>
    <w:p>
      <w:r>
        <w:rPr>
          <w:b/>
          <w:sz w:val="20"/>
        </w:rPr>
        <w:t>Recommender Information:</w:t>
      </w:r>
    </w:p>
    <w:p>
      <w:r>
        <w:rPr>
          <w:b w:val="0"/>
          <w:sz w:val="20"/>
        </w:rPr>
        <w:t>Full Name: _________________________________________________________________</w:t>
      </w:r>
    </w:p>
    <w:p>
      <w:r>
        <w:rPr>
          <w:b w:val="0"/>
          <w:sz w:val="20"/>
        </w:rPr>
        <w:t>Relationship to Applicant: 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______________________________________________________________</w:t>
      </w:r>
    </w:p>
    <w:p>
      <w:r>
        <w:rPr>
          <w:b w:val="0"/>
          <w:sz w:val="20"/>
        </w:rPr>
        <w:t>Email Address: ______________________________________________________________</w:t>
      </w:r>
    </w:p>
    <w:p/>
    <w:p>
      <w:r>
        <w:rPr>
          <w:b/>
          <w:sz w:val="20"/>
        </w:rPr>
        <w:t>Letter Content:</w:t>
      </w:r>
    </w:p>
    <w:p>
      <w:r>
        <w:rPr>
          <w:b/>
          <w:sz w:val="20"/>
        </w:rPr>
        <w:t>1. Introduction</w:t>
      </w:r>
    </w:p>
    <w:p>
      <w:r>
        <w:rPr>
          <w:b w:val="0"/>
          <w:sz w:val="20"/>
        </w:rPr>
        <w:t>I hereby confirm that I have known the applicant for a substantial period of time and have had ample opportunity to observe their conduct, character, and lifestyle. Based on my personal knowledge and interaction with the applicant, I am confident in recommending them for residency.</w:t>
      </w:r>
    </w:p>
    <w:p/>
    <w:p>
      <w:r>
        <w:rPr>
          <w:b/>
          <w:sz w:val="20"/>
        </w:rPr>
        <w:t>2. Character and Conduct</w:t>
      </w:r>
    </w:p>
    <w:p>
      <w:r>
        <w:rPr>
          <w:b w:val="0"/>
          <w:sz w:val="20"/>
        </w:rPr>
        <w:t>The applicant consistently demonstrates integrity, honesty, and respect for the laws and social norms of the community. They have maintained a positive reputation among neighbors, colleagues, and acquaintances, exhibiting responsible and law-abiding behavior at all times. To the best of my knowledge, the applicant has no criminal record or pending legal issues.</w:t>
      </w:r>
    </w:p>
    <w:p/>
    <w:p>
      <w:r>
        <w:rPr>
          <w:b/>
          <w:sz w:val="20"/>
        </w:rPr>
        <w:t>3. Community Involvement and Contribution</w:t>
      </w:r>
    </w:p>
    <w:p>
      <w:r>
        <w:rPr>
          <w:b w:val="0"/>
          <w:sz w:val="20"/>
        </w:rPr>
        <w:t>The applicant actively participates in community activities, contributes positively to local initiatives, and maintains good relationships with community members. Their involvement reflects a commitment to being a constructive and engaged resident.</w:t>
      </w:r>
    </w:p>
    <w:p/>
    <w:p>
      <w:r>
        <w:rPr>
          <w:b/>
          <w:sz w:val="20"/>
        </w:rPr>
        <w:t>4. Employment and Financial Responsibility</w:t>
      </w:r>
    </w:p>
    <w:p>
      <w:r>
        <w:rPr>
          <w:b w:val="0"/>
          <w:sz w:val="20"/>
        </w:rPr>
        <w:t>The applicant is gainfully employed/self-sufficient and demonstrates financial responsibility. They meet their obligations punctually and manage their affairs prudently, further underscoring their suitability for permanent residency.</w:t>
      </w:r>
    </w:p>
    <w:p/>
    <w:p>
      <w:r>
        <w:rPr>
          <w:b/>
          <w:sz w:val="20"/>
        </w:rPr>
        <w:t>5. Compliance and Eligibility</w:t>
      </w:r>
    </w:p>
    <w:p>
      <w:r>
        <w:rPr>
          <w:b w:val="0"/>
          <w:sz w:val="20"/>
        </w:rPr>
        <w:t>Based on my knowledge, the applicant complies with all applicable local, state, and federal regulations and meets the eligibility criteria for residency under United States law. They understand and respect the responsibilities that residency entails.</w:t>
      </w:r>
    </w:p>
    <w:p/>
    <w:p>
      <w:r>
        <w:rPr>
          <w:b/>
          <w:sz w:val="20"/>
        </w:rPr>
        <w:t>6. Recommendation</w:t>
      </w:r>
    </w:p>
    <w:p>
      <w:r>
        <w:rPr>
          <w:b w:val="0"/>
          <w:sz w:val="20"/>
        </w:rPr>
        <w:t>In conclusion, I strongly recommend the applicant for residency. I am confident that they will continue to be a law-abiding, contributing, and valued member of the community. Should further information be required, I am available to provide additional details upon request.</w:t>
      </w:r>
    </w:p>
    <w:p/>
    <w:p/>
    <w:p>
      <w:r>
        <w:rPr>
          <w:b/>
          <w:sz w:val="20"/>
        </w:rPr>
        <w:t>Legal Disclaimer:</w:t>
      </w:r>
    </w:p>
    <w:p>
      <w:r>
        <w:rPr>
          <w:b w:val="0"/>
          <w:sz w:val="20"/>
        </w:rPr>
        <w:t>This letter is provided in good faith based on personal knowledge and belief. It is intended solely for use in the applicant’s residency application process and should not be construed as a guarantee or warranty. The undersigned accepts no liability for decisions made by authorities based on this letter.</w:t>
      </w:r>
    </w:p>
    <w:p/>
    <w:p/>
    <w:p>
      <w:r>
        <w:rPr>
          <w:b w:val="0"/>
          <w:sz w:val="20"/>
        </w:rPr>
        <w:t>Place of Issuance: ___________________________________________</w:t>
      </w:r>
    </w:p>
    <w:p>
      <w:r>
        <w:rPr>
          <w:b w:val="0"/>
          <w:sz w:val="20"/>
        </w:rPr>
        <w:t>Signature of Recommender: _______________________________________</w:t>
      </w:r>
    </w:p>
    <w:p>
      <w:r>
        <w:rPr>
          <w:b w:val="0"/>
          <w:sz w:val="20"/>
        </w:rPr>
        <w:t>Printed Name: _________________________________________________</w:t>
      </w:r>
    </w:p>
    <w:p>
      <w:r>
        <w:rPr>
          <w:b w:val="0"/>
          <w:sz w:val="20"/>
        </w:rPr>
        <w:t>Date: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w:t>
            </w:r>
          </w:p>
        </w:tc>
        <w:tc>
          <w:tcPr>
            <w:tcW w:type="dxa" w:w="4986"/>
            <w:tcBorders>
              <w:top w:val="nil"/>
              <w:left w:val="nil"/>
              <w:bottom w:val="nil"/>
              <w:right w:val="nil"/>
              <w:insideH w:val="nil"/>
              <w:insideV w:val="nil"/>
            </w:tcBorders>
          </w:tcPr>
          <w:p>
            <w:pPr>
              <w:jc w:val="center"/>
            </w:pPr>
            <w:r>
              <w:t>APPLICANT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https://letter247-us.com/residency-letter-of-recommendation/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residency-letter-of-recommendation/"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