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RESCIND OFFER LETTER</w:t>
      </w:r>
    </w:p>
    <w:p/>
    <w:p/>
    <w:p>
      <w:r>
        <w:rPr>
          <w:b/>
          <w:sz w:val="20"/>
        </w:rPr>
        <w:t>To:</w:t>
      </w:r>
    </w:p>
    <w:p>
      <w:r>
        <w:rPr>
          <w:b w:val="0"/>
          <w:sz w:val="20"/>
        </w:rPr>
        <w:t>Name: __________________________________________________________</w:t>
      </w:r>
    </w:p>
    <w:p>
      <w:r>
        <w:rPr>
          <w:b w:val="0"/>
          <w:sz w:val="20"/>
        </w:rPr>
        <w:t>Address: ________________________________________________________</w:t>
      </w:r>
    </w:p>
    <w:p>
      <w:r>
        <w:rPr>
          <w:b w:val="0"/>
          <w:sz w:val="20"/>
        </w:rPr>
        <w:t>City, State, ZIP: ________________________________________________</w:t>
      </w:r>
    </w:p>
    <w:p/>
    <w:p/>
    <w:p>
      <w:r>
        <w:rPr>
          <w:b/>
          <w:sz w:val="20"/>
        </w:rPr>
        <w:t>From:</w:t>
      </w:r>
    </w:p>
    <w:p>
      <w:r>
        <w:rPr>
          <w:b w:val="0"/>
          <w:sz w:val="20"/>
        </w:rPr>
        <w:t>Name: __________________________________________________________</w:t>
      </w:r>
    </w:p>
    <w:p>
      <w:r>
        <w:rPr>
          <w:b w:val="0"/>
          <w:sz w:val="20"/>
        </w:rPr>
        <w:t>Address: ________________________________________________________</w:t>
      </w:r>
    </w:p>
    <w:p>
      <w:r>
        <w:rPr>
          <w:b w:val="0"/>
          <w:sz w:val="20"/>
        </w:rPr>
        <w:t>City, State, ZIP: ________________________________________________</w:t>
      </w:r>
    </w:p>
    <w:p/>
    <w:p/>
    <w:p>
      <w:pPr>
        <w:jc w:val="center"/>
      </w:pPr>
      <w:r>
        <w:rPr>
          <w:b/>
          <w:sz w:val="20"/>
        </w:rPr>
        <w:t>Subject: Notice of Rescission of Offer</w:t>
      </w:r>
    </w:p>
    <w:p/>
    <w:p/>
    <w:p>
      <w:r>
        <w:rPr>
          <w:b w:val="0"/>
          <w:sz w:val="20"/>
        </w:rPr>
        <w:t>Dear ____________________________,</w:t>
      </w:r>
    </w:p>
    <w:p/>
    <w:p>
      <w:r>
        <w:rPr>
          <w:b w:val="0"/>
          <w:sz w:val="20"/>
        </w:rPr>
        <w:t>I am writing to formally notify you that I hereby rescind the offer previously submitted regarding the transaction detailed below. This rescission is made in accordance with applicable laws and the terms set forth in the original offer.</w:t>
      </w:r>
    </w:p>
    <w:p/>
    <w:p>
      <w:r>
        <w:rPr>
          <w:b/>
          <w:sz w:val="20"/>
        </w:rPr>
        <w:t>Offer Details:</w:t>
      </w:r>
    </w:p>
    <w:p>
      <w:r>
        <w:rPr>
          <w:b w:val="0"/>
          <w:sz w:val="20"/>
        </w:rPr>
        <w:t>Description of Offer: _______________________________________________</w:t>
      </w:r>
    </w:p>
    <w:p>
      <w:r>
        <w:rPr>
          <w:b w:val="0"/>
          <w:sz w:val="20"/>
        </w:rPr>
        <w:t>Offer Submission Date: ______________________________________________</w:t>
      </w:r>
    </w:p>
    <w:p>
      <w:r>
        <w:rPr>
          <w:b w:val="0"/>
          <w:sz w:val="20"/>
        </w:rPr>
        <w:t>Parties Involved: ____________________________________________________</w:t>
      </w:r>
    </w:p>
    <w:p/>
    <w:p>
      <w:r>
        <w:rPr>
          <w:b w:val="0"/>
          <w:sz w:val="20"/>
        </w:rPr>
        <w:t>Reason for Rescission (if applicable):</w:t>
      </w:r>
    </w:p>
    <w:p>
      <w:r>
        <w:rPr>
          <w:b w:val="0"/>
          <w:sz w:val="20"/>
        </w:rPr>
        <w:t>_____________________________________________________________________</w:t>
      </w:r>
    </w:p>
    <w:p>
      <w:r>
        <w:rPr>
          <w:b w:val="0"/>
          <w:sz w:val="20"/>
        </w:rPr>
        <w:t>_____________________________________________________________________</w:t>
      </w:r>
    </w:p>
    <w:p/>
    <w:p>
      <w:r>
        <w:rPr>
          <w:b/>
          <w:sz w:val="20"/>
        </w:rPr>
        <w:t>Legal Basis for Rescission:</w:t>
      </w:r>
    </w:p>
    <w:p>
      <w:r>
        <w:rPr>
          <w:b w:val="0"/>
          <w:sz w:val="20"/>
        </w:rPr>
        <w:t>This rescission is based on one or more of the following conditions as permitted under United States law:</w:t>
      </w:r>
    </w:p>
    <w:p>
      <w:r>
        <w:rPr>
          <w:b w:val="0"/>
          <w:sz w:val="20"/>
        </w:rPr>
        <w:t>• Mutual mistake or error materially affecting the offer;</w:t>
      </w:r>
    </w:p>
    <w:p>
      <w:r>
        <w:rPr>
          <w:b w:val="0"/>
          <w:sz w:val="20"/>
        </w:rPr>
        <w:t>• Fraud, misrepresentation, or concealment of material facts;</w:t>
      </w:r>
    </w:p>
    <w:p>
      <w:r>
        <w:rPr>
          <w:b w:val="0"/>
          <w:sz w:val="20"/>
        </w:rPr>
        <w:t>• Failure of consideration or breach of conditions precedent;</w:t>
      </w:r>
    </w:p>
    <w:p>
      <w:r>
        <w:rPr>
          <w:b w:val="0"/>
          <w:sz w:val="20"/>
        </w:rPr>
        <w:t>• Exercise of a contractual right to revoke the offer within the specified timeframe;</w:t>
      </w:r>
    </w:p>
    <w:p>
      <w:r>
        <w:rPr>
          <w:b w:val="0"/>
          <w:sz w:val="20"/>
        </w:rPr>
        <w:t>• Any other grounds recognized by law as valid justification for rescission.</w:t>
      </w:r>
    </w:p>
    <w:p/>
    <w:p>
      <w:r>
        <w:rPr>
          <w:b/>
          <w:sz w:val="20"/>
        </w:rPr>
        <w:t>Effect of Rescission:</w:t>
      </w:r>
    </w:p>
    <w:p>
      <w:r>
        <w:rPr>
          <w:b w:val="0"/>
          <w:sz w:val="20"/>
        </w:rPr>
        <w:t>Upon receipt of this notice, the offer shall be considered null and void ab initio, and any obligations, promises, or claims arising from the offer shall be fully discharged. Neither party shall have any liability for reliance on the rescinded offer after the effective date of this notice.</w:t>
      </w:r>
    </w:p>
    <w:p/>
    <w:p>
      <w:r>
        <w:rPr>
          <w:b w:val="0"/>
          <w:sz w:val="20"/>
        </w:rPr>
        <w:t>Please acknowledge receipt of this rescission letter and confirm that the offer has been withdrawn accordingly. Should you have any questions or require further clarification, you may contact me at the information provided above.</w:t>
      </w:r>
    </w:p>
    <w:p/>
    <w:p/>
    <w:p>
      <w:r>
        <w:rPr>
          <w:b w:val="0"/>
          <w:sz w:val="20"/>
        </w:rPr>
        <w:t>Sincerely,</w:t>
      </w:r>
    </w:p>
    <w:p/>
    <w:p/>
    <w:p/>
    <w:p>
      <w:r>
        <w:rPr>
          <w:b w:val="0"/>
          <w:sz w:val="20"/>
        </w:rPr>
        <w:t>__________________________________</w:t>
      </w:r>
    </w:p>
    <w:p>
      <w:r>
        <w:rPr>
          <w:b w:val="0"/>
          <w:sz w:val="20"/>
        </w:rPr>
        <w:t>Signature of Sender</w:t>
      </w:r>
    </w:p>
    <w:p>
      <w:r>
        <w:rPr>
          <w:b w:val="0"/>
          <w:sz w:val="20"/>
        </w:rPr>
        <w:t>__________________________________</w:t>
      </w:r>
    </w:p>
    <w:p>
      <w:r>
        <w:rPr>
          <w:b w:val="0"/>
          <w:sz w:val="20"/>
        </w:rPr>
        <w:t>Printed Name</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SENDER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https://letter247-us.com/rescind-offer-letter/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rescind-offer-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