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REQUEST FOR PAYMENT LETTER</w:t>
      </w:r>
    </w:p>
    <w:p/>
    <w:p/>
    <w:p>
      <w:r>
        <w:rPr>
          <w:b/>
          <w:sz w:val="20"/>
        </w:rPr>
        <w:t>Sender Information:</w:t>
      </w:r>
    </w:p>
    <w:p>
      <w:r>
        <w:rPr>
          <w:b w:val="0"/>
          <w:sz w:val="20"/>
        </w:rPr>
        <w:t>Full Name / Company Name: 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Recipient Information:</w:t>
      </w:r>
    </w:p>
    <w:p>
      <w:r>
        <w:rPr>
          <w:b w:val="0"/>
          <w:sz w:val="20"/>
        </w:rPr>
        <w:t>Full Name / Company Name: 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pPr>
        <w:jc w:val="center"/>
      </w:pPr>
      <w:r>
        <w:rPr>
          <w:b/>
          <w:sz w:val="20"/>
        </w:rPr>
        <w:t>Subject: Request for Payment</w:t>
      </w:r>
    </w:p>
    <w:p/>
    <w:p/>
    <w:p>
      <w:r>
        <w:rPr>
          <w:b w:val="0"/>
          <w:sz w:val="20"/>
        </w:rPr>
        <w:t>Dear Sir/Madam,</w:t>
      </w:r>
    </w:p>
    <w:p/>
    <w:p>
      <w:r>
        <w:rPr>
          <w:b w:val="0"/>
          <w:sz w:val="20"/>
        </w:rPr>
        <w:t>This letter serves as a formal request for payment pursuant to the terms of our agreement. Despite previous communications, the payment for the invoice detailed below remains outstanding.</w:t>
      </w:r>
    </w:p>
    <w:p/>
    <w:p>
      <w:r>
        <w:rPr>
          <w:b/>
          <w:sz w:val="20"/>
        </w:rPr>
        <w:t>Invoice Details:</w:t>
      </w:r>
    </w:p>
    <w:p>
      <w:r>
        <w:rPr>
          <w:b w:val="0"/>
          <w:sz w:val="20"/>
        </w:rPr>
        <w:t>Invoice Number: _______________________</w:t>
      </w:r>
    </w:p>
    <w:p>
      <w:r>
        <w:rPr>
          <w:b w:val="0"/>
          <w:sz w:val="20"/>
        </w:rPr>
        <w:t>Invoice Date: __________________________</w:t>
      </w:r>
    </w:p>
    <w:p>
      <w:r>
        <w:rPr>
          <w:b w:val="0"/>
          <w:sz w:val="20"/>
        </w:rPr>
        <w:t>Amount Due: $__________________________</w:t>
      </w:r>
    </w:p>
    <w:p>
      <w:r>
        <w:rPr>
          <w:b w:val="0"/>
          <w:sz w:val="20"/>
        </w:rPr>
        <w:t>Payment Due Date: _____________________</w:t>
      </w:r>
    </w:p>
    <w:p/>
    <w:p>
      <w:r>
        <w:rPr>
          <w:b/>
          <w:sz w:val="20"/>
        </w:rPr>
        <w:t>Payment Instructions:</w:t>
      </w:r>
    </w:p>
    <w:p>
      <w:r>
        <w:rPr>
          <w:b w:val="0"/>
          <w:sz w:val="20"/>
        </w:rPr>
        <w:t>Please remit payment by the due date using one of the following methods:</w:t>
      </w:r>
    </w:p>
    <w:p>
      <w:r>
        <w:rPr>
          <w:b w:val="0"/>
          <w:sz w:val="20"/>
        </w:rPr>
        <w:t>- Check payable to: ___________________________________________</w:t>
      </w:r>
    </w:p>
    <w:p>
      <w:r>
        <w:rPr>
          <w:b w:val="0"/>
          <w:sz w:val="20"/>
        </w:rPr>
        <w:t>- Bank Transfer to:</w:t>
      </w:r>
    </w:p>
    <w:p>
      <w:r>
        <w:rPr>
          <w:b w:val="0"/>
          <w:sz w:val="20"/>
        </w:rPr>
        <w:t xml:space="preserve">    Bank Name: ___________________________________________</w:t>
      </w:r>
    </w:p>
    <w:p>
      <w:r>
        <w:rPr>
          <w:b w:val="0"/>
          <w:sz w:val="20"/>
        </w:rPr>
        <w:t xml:space="preserve">    Account Name: _________________________________________</w:t>
      </w:r>
    </w:p>
    <w:p>
      <w:r>
        <w:rPr>
          <w:b w:val="0"/>
          <w:sz w:val="20"/>
        </w:rPr>
        <w:t xml:space="preserve">    Account Number: _______________________________________</w:t>
      </w:r>
    </w:p>
    <w:p>
      <w:r>
        <w:rPr>
          <w:b w:val="0"/>
          <w:sz w:val="20"/>
        </w:rPr>
        <w:t xml:space="preserve">    Routing Number: _______________________________________</w:t>
      </w:r>
    </w:p>
    <w:p>
      <w:r>
        <w:rPr>
          <w:b w:val="0"/>
          <w:sz w:val="20"/>
        </w:rPr>
        <w:t>- Online Payment Portal: ____________________________________</w:t>
      </w:r>
    </w:p>
    <w:p/>
    <w:p>
      <w:r>
        <w:rPr>
          <w:b/>
          <w:sz w:val="20"/>
        </w:rPr>
        <w:t>Consequences of Non-Payment:</w:t>
      </w:r>
    </w:p>
    <w:p>
      <w:r>
        <w:rPr>
          <w:b w:val="0"/>
          <w:sz w:val="20"/>
        </w:rPr>
        <w:t>Failure to remit payment within the specified timeframe may result in the assessment of late fees, interest charges, and potential suspension of services or delivery of goods. Additionally, we reserve the right to pursue all available legal remedies to recover the outstanding debt.</w:t>
      </w:r>
    </w:p>
    <w:p/>
    <w:p>
      <w:r>
        <w:rPr>
          <w:b w:val="0"/>
          <w:sz w:val="20"/>
        </w:rPr>
        <w:t>If you have already sent this payment or believe there is an error, please contact us immediately to resolve the matter.</w:t>
      </w:r>
    </w:p>
    <w:p/>
    <w:p>
      <w:r>
        <w:rPr>
          <w:b w:val="0"/>
          <w:sz w:val="20"/>
        </w:rPr>
        <w:t>We appreciate your prompt attention to this matter and look forward to receiving your payment in full.</w:t>
      </w:r>
    </w:p>
    <w:p/>
    <w:p/>
    <w:p>
      <w:r>
        <w:rPr>
          <w:b w:val="0"/>
          <w:sz w:val="20"/>
        </w:rPr>
        <w:t>Sincerely,</w:t>
      </w:r>
    </w:p>
    <w:p/>
    <w:p/>
    <w:p/>
    <w:p/>
    <w:p>
      <w:r>
        <w:rPr>
          <w:b w:val="0"/>
          <w:sz w:val="20"/>
        </w:rPr>
        <w:t>_______________________________________</w:t>
      </w:r>
    </w:p>
    <w:p>
      <w:r>
        <w:rPr>
          <w:b w:val="0"/>
          <w:sz w:val="20"/>
        </w:rPr>
        <w:t>Name: ___________________________________</w:t>
      </w:r>
    </w:p>
    <w:p>
      <w:r>
        <w:rPr>
          <w:b w:val="0"/>
          <w:sz w:val="20"/>
        </w:rPr>
        <w:t>Title/Position: ___________________________</w:t>
      </w:r>
    </w:p>
    <w:p>
      <w:r>
        <w:rPr>
          <w:b w:val="0"/>
          <w:sz w:val="20"/>
        </w:rPr>
        <w:t>Company: _________________________________</w:t>
      </w:r>
    </w:p>
    <w:p>
      <w:r>
        <w:rPr>
          <w:b w:val="0"/>
          <w:sz w:val="20"/>
        </w:rPr>
        <w:t>Phone: ___________________________________</w:t>
      </w:r>
    </w:p>
    <w:p>
      <w:r>
        <w:rPr>
          <w:b w:val="0"/>
          <w:sz w:val="20"/>
        </w:rPr>
        <w:t>Email: ___________________________________</w:t>
      </w:r>
    </w:p>
    <w:p/>
    <w:p/>
    <w:p>
      <w:r>
        <w:rPr>
          <w:b/>
          <w:sz w:val="20"/>
        </w:rPr>
        <w:t>Enclosures:</w:t>
      </w:r>
    </w:p>
    <w:p>
      <w:r>
        <w:rPr>
          <w:b w:val="0"/>
          <w:sz w:val="20"/>
        </w:rPr>
        <w:t>- Copy of Invoice</w:t>
      </w:r>
    </w:p>
    <w:p/>
    <w:p/>
    <w:p>
      <w:r>
        <w:rPr>
          <w:b w:val="0"/>
          <w:sz w:val="20"/>
        </w:rPr>
        <w:t>Place: ______________________________________</w:t>
      </w:r>
    </w:p>
    <w:p>
      <w:r>
        <w:rPr>
          <w:b w:val="0"/>
          <w:sz w:val="20"/>
        </w:rPr>
        <w:t>Date: 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Sender’s Signature</w:t>
            </w:r>
          </w:p>
        </w:tc>
        <w:tc>
          <w:tcPr>
            <w:tcW w:type="dxa" w:w="4986"/>
            <w:tcBorders>
              <w:top w:val="nil"/>
              <w:left w:val="nil"/>
              <w:bottom w:val="nil"/>
              <w:right w:val="nil"/>
              <w:insideH w:val="nil"/>
              <w:insideV w:val="nil"/>
            </w:tcBorders>
          </w:tcPr>
          <w:p>
            <w:pPr>
              <w:jc w:val="center"/>
            </w:pPr>
            <w:r>
              <w:t>Recipient’s Acknowledgment</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_________________________________</w:t>
              <w:br/>
              <w:t>Date: ___________________</w:t>
            </w:r>
          </w:p>
        </w:tc>
        <w:tc>
          <w:tcPr>
            <w:tcW w:type="dxa" w:w="4986"/>
            <w:tcBorders>
              <w:top w:val="nil"/>
              <w:left w:val="nil"/>
              <w:bottom w:val="nil"/>
              <w:right w:val="nil"/>
              <w:insideH w:val="nil"/>
              <w:insideV w:val="nil"/>
            </w:tcBorders>
          </w:tcPr>
          <w:p>
            <w:pPr>
              <w:jc w:val="center"/>
            </w:pPr>
            <w:r>
              <w:t>Name: _________________________________</w:t>
              <w:br/>
              <w:t>Date: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https://letter247-us.com/request-for-payment-letter/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quest-for-pay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