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REMOTE WORK VERIFICATION LETTER</w:t>
      </w:r>
    </w:p>
    <w:p/>
    <w:p>
      <w:r>
        <w:rPr>
          <w:b/>
          <w:sz w:val="20"/>
        </w:rPr>
        <w:t>Employer Information:</w:t>
      </w:r>
    </w:p>
    <w:p>
      <w:r>
        <w:rPr>
          <w:b w:val="0"/>
          <w:sz w:val="20"/>
        </w:rPr>
        <w:t>Company Name: ____________________________________________________________</w:t>
      </w:r>
    </w:p>
    <w:p>
      <w:r>
        <w:rPr>
          <w:b w:val="0"/>
          <w:sz w:val="20"/>
        </w:rPr>
        <w:t>Company Address: 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Employee Information:</w:t>
      </w:r>
    </w:p>
    <w:p>
      <w:r>
        <w:rPr>
          <w:b w:val="0"/>
          <w:sz w:val="20"/>
        </w:rPr>
        <w:t>Full Name: ____________________________________________________________</w:t>
      </w:r>
    </w:p>
    <w:p>
      <w:r>
        <w:rPr>
          <w:b w:val="0"/>
          <w:sz w:val="20"/>
        </w:rPr>
        <w:t>Employee ID or Number: ________________________________________________</w:t>
      </w:r>
    </w:p>
    <w:p>
      <w:r>
        <w:rPr>
          <w:b w:val="0"/>
          <w:sz w:val="20"/>
        </w:rPr>
        <w:t>Position/Title: ________________________________________________________</w:t>
      </w:r>
    </w:p>
    <w:p>
      <w:r>
        <w:rPr>
          <w:b w:val="0"/>
          <w:sz w:val="20"/>
        </w:rPr>
        <w:t>Department: __________________________________________________________</w:t>
      </w:r>
    </w:p>
    <w:p/>
    <w:p>
      <w:r>
        <w:rPr>
          <w:b/>
          <w:sz w:val="20"/>
        </w:rPr>
        <w:t>Verification Statement:</w:t>
      </w:r>
    </w:p>
    <w:p>
      <w:r>
        <w:rPr>
          <w:b w:val="0"/>
          <w:sz w:val="20"/>
        </w:rPr>
        <w:t>This letter serves to verify that the above-named employee is authorized to work remotely for the company named above. The employee’s remote work arrangement complies with all applicable company policies, and the employee is expected to perform their job duties in accordance with the terms set forth by the employer.</w:t>
      </w:r>
    </w:p>
    <w:p/>
    <w:p>
      <w:r>
        <w:rPr>
          <w:b/>
          <w:sz w:val="20"/>
        </w:rPr>
        <w:t>Remote Work Details:</w:t>
      </w:r>
    </w:p>
    <w:p>
      <w:r>
        <w:rPr>
          <w:b w:val="0"/>
          <w:sz w:val="20"/>
        </w:rPr>
        <w:t>Start of Remote Work Arrangement: ________________________________</w:t>
      </w:r>
    </w:p>
    <w:p>
      <w:r>
        <w:rPr>
          <w:b w:val="0"/>
          <w:sz w:val="20"/>
        </w:rPr>
        <w:t>Expected Duration: _____________________________________________________</w:t>
      </w:r>
    </w:p>
    <w:p>
      <w:r>
        <w:rPr>
          <w:b w:val="0"/>
          <w:sz w:val="20"/>
        </w:rPr>
        <w:t>Remote Work Location(s): ________________________________________________</w:t>
      </w:r>
    </w:p>
    <w:p>
      <w:r>
        <w:rPr>
          <w:b w:val="0"/>
          <w:sz w:val="20"/>
        </w:rPr>
        <w:t>Work Schedule: ____________________________________________________________</w:t>
      </w:r>
    </w:p>
    <w:p>
      <w:r>
        <w:rPr>
          <w:b w:val="0"/>
          <w:sz w:val="20"/>
        </w:rPr>
        <w:t>Equipment Provided by Employer: ____________________________________________</w:t>
      </w:r>
    </w:p>
    <w:p>
      <w:r>
        <w:rPr>
          <w:b w:val="0"/>
          <w:sz w:val="20"/>
        </w:rPr>
        <w:t>Employee Responsibilities: The employee agrees to maintain a suitable workspace, adhere to company security and confidentiality policies, and remain accessible during agreed working hours.</w:t>
      </w:r>
    </w:p>
    <w:p/>
    <w:p>
      <w:r>
        <w:rPr>
          <w:b/>
          <w:sz w:val="20"/>
        </w:rPr>
        <w:t>Compliance and Legal Considerations:</w:t>
      </w:r>
    </w:p>
    <w:p>
      <w:r>
        <w:rPr>
          <w:b w:val="0"/>
          <w:sz w:val="20"/>
        </w:rPr>
        <w:t>The employee’s remote work arrangement is subject to all applicable federal, state, and local laws and regulations governing employment, occupational safety, data privacy, and labor standards. This letter does not constitute a contract of employment or alter the at-will employment relationship unless otherwise specified in a separate written agreement.</w:t>
      </w:r>
    </w:p>
    <w:p/>
    <w:p>
      <w:r>
        <w:rPr>
          <w:b/>
          <w:sz w:val="20"/>
        </w:rPr>
        <w:t>Confidentiality and Security:</w:t>
      </w:r>
    </w:p>
    <w:p>
      <w:r>
        <w:rPr>
          <w:b w:val="0"/>
          <w:sz w:val="20"/>
        </w:rPr>
        <w:t>The employee is required to comply with all company policies regarding confidentiality, data protection, and information security while working remotely. Unauthorized disclosure of proprietary or confidential information is strictly prohibited and may result in disciplinary action, up to and including termination.</w:t>
      </w:r>
    </w:p>
    <w:p/>
    <w:p>
      <w:r>
        <w:rPr>
          <w:b/>
          <w:sz w:val="20"/>
        </w:rPr>
        <w:t>Equipment and Expense Responsibility:</w:t>
      </w:r>
    </w:p>
    <w:p>
      <w:r>
        <w:rPr>
          <w:b w:val="0"/>
          <w:sz w:val="20"/>
        </w:rPr>
        <w:t>The employer will provide necessary equipment as listed above. The employee is responsible for reasonable care and maintenance of this equipment. Any additional expenses incurred by the employee in the course of remote work are subject to prior approval and reimbursement policies.</w:t>
      </w:r>
    </w:p>
    <w:p/>
    <w:p>
      <w:r>
        <w:rPr>
          <w:b/>
          <w:sz w:val="20"/>
        </w:rPr>
        <w:t>Termination or Modification of Remote Work Arrangement:</w:t>
      </w:r>
    </w:p>
    <w:p>
      <w:r>
        <w:rPr>
          <w:b w:val="0"/>
          <w:sz w:val="20"/>
        </w:rPr>
        <w:t>The employer reserves the right to modify or terminate the remote work arrangement at any time, with or without cause, in accordance with company policies and applicable law. The employee will be notified in a timely manner of any such changes.</w:t>
      </w:r>
    </w:p>
    <w:p/>
    <w:p>
      <w:r>
        <w:rPr>
          <w:b/>
          <w:sz w:val="20"/>
        </w:rPr>
        <w:t>Acknowledgment:</w:t>
      </w:r>
    </w:p>
    <w:p>
      <w:r>
        <w:rPr>
          <w:b w:val="0"/>
          <w:sz w:val="20"/>
        </w:rPr>
        <w:t>By signing below, the employee acknowledges receipt and understanding of this remote work verification letter and agrees to abide by the terms and conditions outlined herein.</w:t>
      </w:r>
    </w:p>
    <w:p/>
    <w:p/>
    <w:p>
      <w:r>
        <w:rPr>
          <w:b w:val="0"/>
          <w:sz w:val="20"/>
        </w:rPr>
        <w:t>Place of Signature: _______________________________________________</w:t>
      </w:r>
    </w:p>
    <w:p>
      <w:r>
        <w:rPr>
          <w:b w:val="0"/>
          <w:sz w:val="20"/>
        </w:rPr>
        <w:t>Date of Signature: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https://letter247-us.com/remote-work-verification-letter/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remote-work-verification-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