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REAL ESTATE LOVE LETTER</w:t>
      </w:r>
    </w:p>
    <w:p/>
    <w:p/>
    <w:p>
      <w:r>
        <w:rPr>
          <w:b w:val="0"/>
          <w:sz w:val="20"/>
        </w:rPr>
        <w:t>Dear Seller,</w:t>
      </w:r>
    </w:p>
    <w:p/>
    <w:p>
      <w:r>
        <w:rPr>
          <w:b w:val="0"/>
          <w:sz w:val="20"/>
        </w:rPr>
        <w:t>I am writing to express my sincere and heartfelt interest in purchasing your property. Having visited and carefully considered the home, I feel deeply connected to it and believe it is the perfect fit for my needs and aspirations.</w:t>
      </w:r>
    </w:p>
    <w:p/>
    <w:p>
      <w:r>
        <w:rPr>
          <w:b/>
          <w:sz w:val="22"/>
        </w:rPr>
        <w:t>About Me</w:t>
      </w:r>
    </w:p>
    <w:p>
      <w:r>
        <w:rPr>
          <w:b w:val="0"/>
          <w:sz w:val="20"/>
        </w:rPr>
        <w:t>As a prospective buyer, I want to share a little about myself to assure you of my commitment and capability. I am a responsible, reliable individual with stable financial standing and a genuine appreciation for the uniqueness of your home.</w:t>
      </w:r>
    </w:p>
    <w:p/>
    <w:p>
      <w:r>
        <w:rPr>
          <w:b/>
          <w:sz w:val="22"/>
        </w:rPr>
        <w:t>What I Love About the Property</w:t>
      </w:r>
    </w:p>
    <w:p>
      <w:r>
        <w:rPr>
          <w:b w:val="0"/>
          <w:sz w:val="20"/>
        </w:rPr>
        <w:t>The outstanding features of your property that drew me in include its architectural charm, the well-maintained landscaping, and the welcoming neighborhood. These elements resonate deeply with what I envision as a place to build memories and a future.</w:t>
      </w:r>
    </w:p>
    <w:p/>
    <w:p>
      <w:r>
        <w:rPr>
          <w:b/>
          <w:sz w:val="22"/>
        </w:rPr>
        <w:t>My Vision for the Property</w:t>
      </w:r>
    </w:p>
    <w:p>
      <w:r>
        <w:rPr>
          <w:b w:val="0"/>
          <w:sz w:val="20"/>
        </w:rPr>
        <w:t>Should I be fortunate enough to acquire this home, I plan to maintain and cherish it with the utmost care and respect. It will be a place of warmth, family, and positive community engagement.</w:t>
      </w:r>
    </w:p>
    <w:p/>
    <w:p>
      <w:r>
        <w:rPr>
          <w:b/>
          <w:sz w:val="22"/>
        </w:rPr>
        <w:t>Financial Preparedness</w:t>
      </w:r>
    </w:p>
    <w:p>
      <w:r>
        <w:rPr>
          <w:b w:val="0"/>
          <w:sz w:val="20"/>
        </w:rPr>
        <w:t>I want to assure you that I have secured pre-approval for financing and am working with reputable lenders to facilitate a smooth and timely purchase process. My intention is to make this transaction as straightforward and stress-free as possible for all parties involved.</w:t>
      </w:r>
    </w:p>
    <w:p/>
    <w:p>
      <w:r>
        <w:rPr>
          <w:b/>
          <w:sz w:val="22"/>
        </w:rPr>
        <w:t>Commitment to Closing</w:t>
      </w:r>
    </w:p>
    <w:p>
      <w:r>
        <w:rPr>
          <w:b w:val="0"/>
          <w:sz w:val="20"/>
        </w:rPr>
        <w:t>I am prepared to move forward quickly and efficiently to close at a time that is convenient for you, respecting your timeline and preferences. I am flexible and open to discussing terms that best serve both our interests.</w:t>
      </w:r>
    </w:p>
    <w:p/>
    <w:p>
      <w:r>
        <w:rPr>
          <w:b/>
          <w:sz w:val="22"/>
        </w:rPr>
        <w:t>Thank You</w:t>
      </w:r>
    </w:p>
    <w:p>
      <w:r>
        <w:rPr>
          <w:b w:val="0"/>
          <w:sz w:val="20"/>
        </w:rPr>
        <w:t>Thank you for considering my offer and for the opportunity to share my story. I hope to honor the spirit of your property and contribute positively to the community in which it resides.</w:t>
      </w:r>
    </w:p>
    <w:p/>
    <w:p/>
    <w:p>
      <w:r>
        <w:rPr>
          <w:b w:val="0"/>
          <w:sz w:val="20"/>
        </w:rPr>
        <w:t>Sincerely,</w:t>
      </w:r>
    </w:p>
    <w:p/>
    <w:p/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Buyer’s Name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Phone: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Email: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</w:t>
            </w:r>
          </w:p>
        </w:tc>
      </w:tr>
    </w:tbl>
    <w:p/>
    <w:p/>
    <w:p>
      <w:r>
        <w:rPr>
          <w:b/>
          <w:sz w:val="22"/>
        </w:rPr>
        <w:t>Additional Notes (Optional)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/>
    <w:p/>
    <w:p>
      <w:r>
        <w:rPr>
          <w:b/>
          <w:sz w:val="22"/>
        </w:rPr>
        <w:t>Legal Notice</w:t>
      </w:r>
    </w:p>
    <w:p>
      <w:r>
        <w:rPr>
          <w:b w:val="0"/>
          <w:sz w:val="20"/>
        </w:rPr>
        <w:t>This letter is a personal communication expressing interest in your property and does not constitute a binding contract or offer. Any formal agreement to purchase the property will be subject to negotiation, execution of a written purchase contract, and compliance with applicable laws in the United States.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https://letter247-us.com/real-estate-love-letter/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real-estate-love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