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PROOF OF SCHOOL ENROLLMENT</w:t>
      </w:r>
    </w:p>
    <w:p/>
    <w:p/>
    <w:p>
      <w:r>
        <w:rPr>
          <w:b/>
          <w:sz w:val="22"/>
        </w:rPr>
        <w:t>School Information:</w:t>
      </w:r>
    </w:p>
    <w:p>
      <w:r>
        <w:rPr>
          <w:b w:val="0"/>
          <w:sz w:val="20"/>
        </w:rPr>
        <w:t>School Name: ____________________________________________________________</w:t>
      </w:r>
    </w:p>
    <w:p>
      <w:r>
        <w:rPr>
          <w:b w:val="0"/>
          <w:sz w:val="20"/>
        </w:rPr>
        <w:t>School Address: _________________________________________________________</w:t>
      </w:r>
    </w:p>
    <w:p>
      <w:r>
        <w:rPr>
          <w:b w:val="0"/>
          <w:sz w:val="20"/>
        </w:rPr>
        <w:t>City, State, Zip Code: __________________________________________________</w:t>
      </w:r>
    </w:p>
    <w:p>
      <w:r>
        <w:rPr>
          <w:b w:val="0"/>
          <w:sz w:val="20"/>
        </w:rPr>
        <w:t>Phone Number: 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</w:t>
      </w:r>
    </w:p>
    <w:p/>
    <w:p/>
    <w:p>
      <w:r>
        <w:rPr>
          <w:b/>
          <w:sz w:val="22"/>
        </w:rPr>
        <w:t>Student Information:</w:t>
      </w:r>
    </w:p>
    <w:p>
      <w:r>
        <w:rPr>
          <w:b w:val="0"/>
          <w:sz w:val="20"/>
        </w:rPr>
        <w:t>Full Name: ______________________________________________________________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__________________________________________________________</w:t>
      </w:r>
    </w:p>
    <w:p>
      <w:r>
        <w:rPr>
          <w:b w:val="0"/>
          <w:sz w:val="20"/>
        </w:rPr>
        <w:t>Student ID Number: ______________________________________________________</w:t>
      </w:r>
    </w:p>
    <w:p>
      <w:r>
        <w:rPr>
          <w:b w:val="0"/>
          <w:sz w:val="20"/>
        </w:rPr>
        <w:t>Grade Level: ____________________________________________________________</w:t>
      </w:r>
    </w:p>
    <w:p/>
    <w:p/>
    <w:p>
      <w:r>
        <w:rPr>
          <w:b/>
          <w:sz w:val="22"/>
        </w:rPr>
        <w:t>Enrollment Details:</w:t>
      </w:r>
    </w:p>
    <w:p>
      <w:r>
        <w:rPr>
          <w:b w:val="0"/>
          <w:sz w:val="20"/>
        </w:rPr>
        <w:t>This is to certify that the above-named student is currently enrolled as a full-time student at the aforementioned school for the academic term beginning _______________ and continuing through _______________.</w:t>
      </w:r>
    </w:p>
    <w:p>
      <w:r>
        <w:rPr>
          <w:b w:val="0"/>
          <w:sz w:val="20"/>
        </w:rPr>
        <w:t>The student is enrolled in the following program or course of study: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/>
    <w:p>
      <w:r>
        <w:rPr>
          <w:b/>
          <w:sz w:val="22"/>
        </w:rPr>
        <w:t>Attendance Status:</w:t>
      </w:r>
    </w:p>
    <w:p>
      <w:r>
        <w:rPr>
          <w:b w:val="0"/>
          <w:sz w:val="20"/>
        </w:rPr>
        <w:t>The student attends classes on a regular basis in accordance with the school’s calendar and policies.</w:t>
      </w:r>
    </w:p>
    <w:p>
      <w:r>
        <w:rPr>
          <w:b w:val="0"/>
          <w:sz w:val="20"/>
        </w:rPr>
        <w:t>The expected graduation date or completion of current program is: _______________.</w:t>
      </w:r>
    </w:p>
    <w:p/>
    <w:p/>
    <w:p>
      <w:r>
        <w:rPr>
          <w:b/>
          <w:sz w:val="22"/>
        </w:rPr>
        <w:t>Legal and Compliance Statements:</w:t>
      </w:r>
    </w:p>
    <w:p>
      <w:r>
        <w:rPr>
          <w:b w:val="0"/>
          <w:sz w:val="20"/>
        </w:rPr>
        <w:t>This certificate is issued upon request of the student or parent/guardian and is intended solely for the purpose of verifying enrollment status.</w:t>
      </w:r>
    </w:p>
    <w:p>
      <w:r>
        <w:rPr>
          <w:b w:val="0"/>
          <w:sz w:val="20"/>
        </w:rPr>
        <w:t>The school affirms that all information contained herein is true and accurate to the best of its knowledge.</w:t>
      </w:r>
    </w:p>
    <w:p>
      <w:r>
        <w:rPr>
          <w:b w:val="0"/>
          <w:sz w:val="20"/>
        </w:rPr>
        <w:t>This document is legally binding and complies with applicable United States federal and state education laws and regulations.</w:t>
      </w:r>
    </w:p>
    <w:p>
      <w:r>
        <w:rPr>
          <w:b w:val="0"/>
          <w:sz w:val="20"/>
        </w:rPr>
        <w:t>Any falsification or misuse of this document may be subject to legal penalties.</w:t>
      </w:r>
    </w:p>
    <w:p/>
    <w:p/>
    <w:p>
      <w:r>
        <w:rPr>
          <w:b/>
          <w:sz w:val="22"/>
        </w:rPr>
        <w:t>Issuer Information:</w:t>
      </w:r>
    </w:p>
    <w:p>
      <w:r>
        <w:rPr>
          <w:b w:val="0"/>
          <w:sz w:val="20"/>
        </w:rPr>
        <w:t>Name of Authorized School Official: _______________________________________</w:t>
      </w:r>
    </w:p>
    <w:p>
      <w:r>
        <w:rPr>
          <w:b w:val="0"/>
          <w:sz w:val="20"/>
        </w:rPr>
        <w:t>Title: _________________________________________________________________</w:t>
      </w:r>
    </w:p>
    <w:p>
      <w:r>
        <w:rPr>
          <w:b w:val="0"/>
          <w:sz w:val="20"/>
        </w:rPr>
        <w:t>Contact Phone Number: __________________________________________________</w:t>
      </w:r>
    </w:p>
    <w:p>
      <w:r>
        <w:rPr>
          <w:b w:val="0"/>
          <w:sz w:val="20"/>
        </w:rPr>
        <w:t>Contact Email Address: ___________________________________________________</w:t>
      </w:r>
    </w:p>
    <w:p/>
    <w:p/>
    <w:p>
      <w:r>
        <w:rPr>
          <w:b w:val="0"/>
          <w:sz w:val="20"/>
        </w:rPr>
        <w:t>Signature of Authorized Official: __________________________________________</w:t>
      </w:r>
    </w:p>
    <w:p>
      <w:r>
        <w:rPr>
          <w:b w:val="0"/>
          <w:sz w:val="20"/>
        </w:rPr>
        <w:t>Date of Issue: ___________________________________________________________</w:t>
      </w:r>
    </w:p>
    <w:p/>
    <w:p/>
    <w:p/>
    <w:p>
      <w:r>
        <w:rPr>
          <w:b w:val="0"/>
          <w:sz w:val="20"/>
        </w:rPr>
        <w:t>Official School Seal or Stamp: 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AUTHORIZED SCHOOL OFFICIAL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STUDENT OR PARENT/GUARDIAN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https://letter247-us.com/proof-of-school-enrollment-letter/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proof-of-school-enrollment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