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PROOF OF EMPLOYMENT LETTER</w:t>
      </w:r>
    </w:p>
    <w:p/>
    <w:p/>
    <w:p>
      <w:r>
        <w:rPr>
          <w:b/>
          <w:sz w:val="20"/>
        </w:rPr>
        <w:t>Employer Information:</w:t>
      </w:r>
    </w:p>
    <w:p>
      <w:r>
        <w:rPr>
          <w:b w:val="0"/>
          <w:sz w:val="20"/>
        </w:rPr>
        <w:t>Company Name: __________________________________________________________</w:t>
      </w:r>
    </w:p>
    <w:p>
      <w:r>
        <w:rPr>
          <w:b w:val="0"/>
          <w:sz w:val="20"/>
        </w:rPr>
        <w:t>Company Address: _______________________________________________________</w:t>
      </w:r>
    </w:p>
    <w:p>
      <w:r>
        <w:rPr>
          <w:b w:val="0"/>
          <w:sz w:val="20"/>
        </w:rPr>
        <w:t>City, State, ZIP Code: __________________________________________________</w:t>
      </w:r>
    </w:p>
    <w:p>
      <w:r>
        <w:rPr>
          <w:b w:val="0"/>
          <w:sz w:val="20"/>
        </w:rPr>
        <w:t>Phone Number: __________________________________________________________</w:t>
      </w:r>
    </w:p>
    <w:p>
      <w:r>
        <w:rPr>
          <w:b w:val="0"/>
          <w:sz w:val="20"/>
        </w:rPr>
        <w:t>Email Address: __________________________________________________________</w:t>
      </w:r>
    </w:p>
    <w:p/>
    <w:p>
      <w:r>
        <w:rPr>
          <w:b/>
          <w:sz w:val="20"/>
        </w:rPr>
        <w:t>Employee Information:</w:t>
      </w:r>
    </w:p>
    <w:p>
      <w:r>
        <w:rPr>
          <w:b w:val="0"/>
          <w:sz w:val="20"/>
        </w:rPr>
        <w:t>Full Name: _____________________________________________________________</w:t>
      </w:r>
    </w:p>
    <w:p>
      <w:r>
        <w:rPr>
          <w:b w:val="0"/>
          <w:sz w:val="20"/>
        </w:rPr>
        <w:t>Job Title/Position: _____________________________________________________</w:t>
      </w:r>
    </w:p>
    <w:p>
      <w:r>
        <w:rPr>
          <w:b w:val="0"/>
          <w:sz w:val="20"/>
        </w:rPr>
        <w:t>Employment Status: _____________________________________________________</w:t>
      </w:r>
    </w:p>
    <w:p>
      <w:r>
        <w:rPr>
          <w:b w:val="0"/>
          <w:sz w:val="20"/>
        </w:rPr>
        <w:t>Employee ID (if applicable): ____________________________________________</w:t>
      </w:r>
    </w:p>
    <w:p/>
    <w:p>
      <w:r>
        <w:rPr>
          <w:b/>
          <w:sz w:val="20"/>
        </w:rPr>
        <w:t>Employment Details:</w:t>
      </w:r>
    </w:p>
    <w:p>
      <w:r>
        <w:rPr>
          <w:b w:val="0"/>
          <w:sz w:val="20"/>
        </w:rPr>
        <w:t>Date of Hire: __________________________________________________________</w:t>
      </w:r>
    </w:p>
    <w:p>
      <w:r>
        <w:rPr>
          <w:b w:val="0"/>
          <w:sz w:val="20"/>
        </w:rPr>
        <w:t>Current Employment Status: _____________________________________________</w:t>
      </w:r>
    </w:p>
    <w:p>
      <w:r>
        <w:rPr>
          <w:b w:val="0"/>
          <w:sz w:val="20"/>
        </w:rPr>
        <w:t>Work Location: _________________________________________________________</w:t>
      </w:r>
    </w:p>
    <w:p>
      <w:r>
        <w:rPr>
          <w:b w:val="0"/>
          <w:sz w:val="20"/>
        </w:rPr>
        <w:t>Full-Time / Part-Time: _________________________________________________</w:t>
      </w:r>
    </w:p>
    <w:p>
      <w:r>
        <w:rPr>
          <w:b w:val="0"/>
          <w:sz w:val="20"/>
        </w:rPr>
        <w:t>Exempt / Non-Exempt Status: ___________________________________________</w:t>
      </w:r>
    </w:p>
    <w:p/>
    <w:p>
      <w:r>
        <w:rPr>
          <w:b/>
          <w:sz w:val="20"/>
        </w:rPr>
        <w:t>Job Description and Responsibilities:</w:t>
      </w:r>
    </w:p>
    <w:p>
      <w:r>
        <w:rPr>
          <w:b w:val="0"/>
          <w:sz w:val="20"/>
        </w:rPr>
        <w:t>_______________________________________________________________________</w:t>
      </w:r>
    </w:p>
    <w:p>
      <w:r>
        <w:rPr>
          <w:b w:val="0"/>
          <w:sz w:val="20"/>
        </w:rPr>
        <w:t>_______________________________________________________________________</w:t>
      </w:r>
    </w:p>
    <w:p>
      <w:r>
        <w:rPr>
          <w:b w:val="0"/>
          <w:sz w:val="20"/>
        </w:rPr>
        <w:t>_______________________________________________________________________</w:t>
      </w:r>
    </w:p>
    <w:p/>
    <w:p>
      <w:r>
        <w:rPr>
          <w:b/>
          <w:sz w:val="20"/>
        </w:rPr>
        <w:t>Compensation and Benefits:</w:t>
      </w:r>
    </w:p>
    <w:p>
      <w:r>
        <w:rPr>
          <w:b w:val="0"/>
          <w:sz w:val="20"/>
        </w:rPr>
        <w:t>Current Salary / Hourly Rate: ___________________________________________</w:t>
      </w:r>
    </w:p>
    <w:p>
      <w:r>
        <w:rPr>
          <w:b w:val="0"/>
          <w:sz w:val="20"/>
        </w:rPr>
        <w:t>Payment Frequency (e.g., weekly, biweekly, monthly): _____________________</w:t>
      </w:r>
    </w:p>
    <w:p>
      <w:r>
        <w:rPr>
          <w:b w:val="0"/>
          <w:sz w:val="20"/>
        </w:rPr>
        <w:t>Additional Compensation (e.g., bonuses, commissions): ___________________</w:t>
      </w:r>
    </w:p>
    <w:p>
      <w:r>
        <w:rPr>
          <w:b w:val="0"/>
          <w:sz w:val="20"/>
        </w:rPr>
        <w:t>Benefits Provided (e.g., health insurance, retirement plan): ______________</w:t>
      </w:r>
    </w:p>
    <w:p/>
    <w:p>
      <w:r>
        <w:rPr>
          <w:b/>
          <w:sz w:val="20"/>
        </w:rPr>
        <w:t>Purpose of Letter:</w:t>
      </w:r>
    </w:p>
    <w:p>
      <w:r>
        <w:rPr>
          <w:b w:val="0"/>
          <w:sz w:val="20"/>
        </w:rPr>
        <w:t>This letter serves as formal verification of the employment status of the above-named employee with our company. It is provided at the request of the employee for employment verification, loan applications, immigration purposes, or other lawful uses.</w:t>
      </w:r>
    </w:p>
    <w:p/>
    <w:p>
      <w:r>
        <w:rPr>
          <w:b/>
          <w:sz w:val="20"/>
        </w:rPr>
        <w:t>Employer Affirmation:</w:t>
      </w:r>
    </w:p>
    <w:p>
      <w:r>
        <w:rPr>
          <w:b w:val="0"/>
          <w:sz w:val="20"/>
        </w:rPr>
        <w:t>I hereby affirm that the information provided in this letter is accurate and true to the best of my knowledge and belief. This letter is issued without any liability on the part of the Employer beyond the stated facts.</w:t>
      </w:r>
    </w:p>
    <w:p/>
    <w:p/>
    <w:p>
      <w:r>
        <w:rPr>
          <w:b/>
          <w:sz w:val="20"/>
        </w:rPr>
        <w:t>Contact for Verification:</w:t>
      </w:r>
    </w:p>
    <w:p>
      <w:r>
        <w:rPr>
          <w:b w:val="0"/>
          <w:sz w:val="20"/>
        </w:rPr>
        <w:t>Should you require any additional information or confirmation, please contact the undersigned at the above-listed phone number or email address.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 / Authorized Representative</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______________________________</w:t>
            </w:r>
          </w:p>
        </w:tc>
        <w:tc>
          <w:tcPr>
            <w:tcW w:type="dxa" w:w="4986"/>
            <w:tcBorders>
              <w:top w:val="nil"/>
              <w:left w:val="nil"/>
              <w:bottom w:val="nil"/>
              <w:right w:val="nil"/>
              <w:insideH w:val="nil"/>
              <w:insideV w:val="nil"/>
            </w:tcBorders>
          </w:tcPr>
          <w:p>
            <w:pPr>
              <w:jc w:val="center"/>
            </w:pPr>
            <w:r>
              <w:br/>
              <w:br/>
              <w:t>Signature: ______________________________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https://letter247-us.com/proof-of-employment-letter/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proof-of-employment-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