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0"/>
        </w:rPr>
        <w:t>Sender's Name</w:t>
      </w:r>
    </w:p>
    <w:p>
      <w:r>
        <w:rPr>
          <w:b w:val="0"/>
          <w:sz w:val="20"/>
        </w:rPr>
        <w:t>Company Name</w:t>
      </w:r>
    </w:p>
    <w:p>
      <w:r>
        <w:rPr>
          <w:b w:val="0"/>
          <w:sz w:val="20"/>
        </w:rPr>
        <w:t>Street Address</w:t>
      </w:r>
    </w:p>
    <w:p>
      <w:r>
        <w:rPr>
          <w:b w:val="0"/>
          <w:sz w:val="20"/>
        </w:rPr>
        <w:t>City, State ZIP Code</w:t>
      </w:r>
    </w:p>
    <w:p>
      <w:r>
        <w:rPr>
          <w:b w:val="0"/>
          <w:sz w:val="20"/>
        </w:rPr>
        <w:t>Phone: (___) ___-____</w:t>
      </w:r>
    </w:p>
    <w:p>
      <w:r>
        <w:rPr>
          <w:b w:val="0"/>
          <w:sz w:val="20"/>
        </w:rPr>
        <w:t>Email: example@company.com</w:t>
      </w:r>
    </w:p>
    <w:p/>
    <w:p/>
    <w:p>
      <w:r>
        <w:rPr>
          <w:b/>
          <w:sz w:val="20"/>
        </w:rPr>
        <w:t>Recipient's Name</w:t>
      </w:r>
    </w:p>
    <w:p>
      <w:r>
        <w:rPr>
          <w:b w:val="0"/>
          <w:sz w:val="20"/>
        </w:rPr>
        <w:t>Recipient's Position</w:t>
      </w:r>
    </w:p>
    <w:p>
      <w:r>
        <w:rPr>
          <w:b w:val="0"/>
          <w:sz w:val="20"/>
        </w:rPr>
        <w:t>Company Name</w:t>
      </w:r>
    </w:p>
    <w:p>
      <w:r>
        <w:rPr>
          <w:b w:val="0"/>
          <w:sz w:val="20"/>
        </w:rPr>
        <w:t>Street Address</w:t>
      </w:r>
    </w:p>
    <w:p>
      <w:r>
        <w:rPr>
          <w:b w:val="0"/>
          <w:sz w:val="20"/>
        </w:rPr>
        <w:t>City, State ZIP Code</w:t>
      </w:r>
    </w:p>
    <w:p/>
    <w:p/>
    <w:p>
      <w:pPr>
        <w:jc w:val="center"/>
      </w:pPr>
      <w:r>
        <w:rPr>
          <w:b/>
          <w:sz w:val="20"/>
        </w:rPr>
        <w:t>Subject: Professional Thank You Letter</w:t>
      </w:r>
    </w:p>
    <w:p/>
    <w:p/>
    <w:p>
      <w:r>
        <w:rPr>
          <w:b w:val="0"/>
          <w:sz w:val="20"/>
        </w:rPr>
        <w:t>Dear [Recipient's Name],</w:t>
      </w:r>
    </w:p>
    <w:p/>
    <w:p>
      <w:r>
        <w:rPr>
          <w:b w:val="0"/>
          <w:sz w:val="20"/>
        </w:rPr>
        <w:t>I am writing to extend my sincere gratitude for the opportunity to collaborate with you and your esteemed organization. Your professionalism, expertise, and dedication have greatly contributed to the success of our recent endeavors.</w:t>
      </w:r>
    </w:p>
    <w:p/>
    <w:p>
      <w:r>
        <w:rPr>
          <w:b w:val="0"/>
          <w:sz w:val="20"/>
        </w:rPr>
        <w:t>Your timely assistance and thorough attention to detail ensured that all project milestones were met with excellence. It is truly a pleasure to work alongside professionals who demonstrate such commitment and integrity.</w:t>
      </w:r>
    </w:p>
    <w:p/>
    <w:p>
      <w:r>
        <w:rPr>
          <w:b w:val="0"/>
          <w:sz w:val="20"/>
        </w:rPr>
        <w:t>I value the partnership we have developed and look forward to continuing our mutually beneficial relationship. Together, I am confident we can achieve even greater accomplishments in the future.</w:t>
      </w:r>
    </w:p>
    <w:p/>
    <w:p>
      <w:r>
        <w:rPr>
          <w:b w:val="0"/>
          <w:sz w:val="20"/>
        </w:rPr>
        <w:t>Please do not hesitate to reach out if there is anything I can assist you with moving forward. Once again, thank you for your support and trust.</w:t>
      </w:r>
    </w:p>
    <w:p/>
    <w:p/>
    <w:p>
      <w:r>
        <w:rPr>
          <w:b w:val="0"/>
          <w:sz w:val="20"/>
        </w:rPr>
        <w:t>Sincerely,</w:t>
      </w:r>
    </w:p>
    <w:p/>
    <w:p/>
    <w:p/>
    <w:p/>
    <w:p>
      <w:pPr>
        <w:jc w:val="center"/>
      </w:pPr>
      <w:r>
        <w:rPr>
          <w:b/>
          <w:sz w:val="20"/>
        </w:rPr>
        <w:t>Sender's Name</w:t>
      </w:r>
    </w:p>
    <w:p>
      <w:pPr>
        <w:jc w:val="center"/>
      </w:pPr>
      <w:r>
        <w:rPr>
          <w:b w:val="0"/>
          <w:sz w:val="20"/>
        </w:rPr>
        <w:t>Sender's Title</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Signature: ____________________________</w:t>
            </w:r>
          </w:p>
        </w:tc>
      </w:tr>
      <w:tr>
        <w:tc>
          <w:tcPr>
            <w:tcW w:type="dxa" w:w="9972"/>
            <w:tcBorders>
              <w:top w:val="nil"/>
              <w:left w:val="nil"/>
              <w:bottom w:val="nil"/>
              <w:right w:val="nil"/>
              <w:insideH w:val="nil"/>
              <w:insideV w:val="nil"/>
            </w:tcBorders>
          </w:tcPr>
          <w:p>
            <w:pPr>
              <w:jc w:val="center"/>
            </w:pPr>
            <w:r>
              <w:t>Date: _________________________________</w:t>
            </w:r>
          </w:p>
        </w:tc>
      </w:tr>
    </w:tbl>
    <w:p>
      <w:pPr>
        <w:jc w:val="both"/>
      </w:pPr>
      <w:r>
        <w:rPr>
          <w:sz w:val="16"/>
        </w:rPr>
        <w:t>This letter and any attachments are confidential and intended solely for the use of the individual or entity to whom they are addressed. If you have received this letter in error, please notify the sender immediately and delete it from your system. Unauthorized use, disclosure, or copying is strictly prohibited and may be unlawful.</w:t>
      </w:r>
    </w:p>
    <w:p>
      <w:r>
        <w:br w:type="page"/>
      </w:r>
    </w:p>
    <w:p>
      <w:pPr>
        <w:jc w:val="center"/>
      </w:pPr>
      <w:r>
        <w:rPr>
          <w:color w:val="555555"/>
          <w:sz w:val="24"/>
        </w:rPr>
        <w:t>Original source of this document:</w:t>
      </w:r>
    </w:p>
    <w:p>
      <w:pPr>
        <w:jc w:val="center"/>
      </w:pPr>
      <w:hyperlink r:id="rId9">
        <w:r>
          <w:rPr>
            <w:color w:val="0000FF"/>
            <w:u w:val="single"/>
          </w:rPr>
          <w:t>https://letter247-us.com/professional-thank-you-letter/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professional-thank-you-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