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PRICE INCREASE LETTER TO CUSTOMERS</w:t>
      </w:r>
    </w:p>
    <w:p/>
    <w:p/>
    <w:p>
      <w:r>
        <w:rPr>
          <w:b w:val="0"/>
          <w:sz w:val="20"/>
        </w:rPr>
        <w:t>Customer Name: ________________________________________________</w:t>
      </w:r>
    </w:p>
    <w:p>
      <w:r>
        <w:rPr>
          <w:b w:val="0"/>
          <w:sz w:val="20"/>
        </w:rPr>
        <w:t>Company Name: ________________________________________________</w:t>
      </w:r>
    </w:p>
    <w:p>
      <w:r>
        <w:rPr>
          <w:b w:val="0"/>
          <w:sz w:val="20"/>
        </w:rPr>
        <w:t>Address: _____________________________________________________</w:t>
      </w:r>
    </w:p>
    <w:p>
      <w:r>
        <w:rPr>
          <w:b w:val="0"/>
          <w:sz w:val="20"/>
        </w:rPr>
        <w:t>City, State ZIP: ______________________________________________</w:t>
      </w:r>
    </w:p>
    <w:p/>
    <w:p/>
    <w:p>
      <w:r>
        <w:rPr>
          <w:b w:val="0"/>
          <w:sz w:val="20"/>
        </w:rPr>
        <w:t>Dear Valued Customer,</w:t>
      </w:r>
    </w:p>
    <w:p/>
    <w:p>
      <w:r>
        <w:rPr>
          <w:b w:val="0"/>
          <w:sz w:val="20"/>
        </w:rPr>
        <w:t>We highly appreciate your continued trust and partnership with our company. The purpose of this letter is to inform you of an upcoming adjustment to our pricing structure effective immediately upon receipt of this notice.</w:t>
      </w:r>
    </w:p>
    <w:p/>
    <w:p>
      <w:r>
        <w:rPr>
          <w:b w:val="0"/>
          <w:sz w:val="20"/>
        </w:rPr>
        <w:t>Due to increased costs associated with raw materials, labor, transportation, and other business expenses, we find it necessary to revise the prices for certain products and services we offer. This adjustment allows us to maintain the high quality and level of service that you expect from us.</w:t>
      </w:r>
    </w:p>
    <w:p/>
    <w:p>
      <w:r>
        <w:rPr>
          <w:b/>
          <w:sz w:val="20"/>
        </w:rPr>
        <w:t>The key points of this price adjustment are as follows:</w:t>
      </w:r>
    </w:p>
    <w:p>
      <w:r>
        <w:rPr>
          <w:b w:val="0"/>
          <w:sz w:val="20"/>
        </w:rPr>
        <w:t>- The price increase will be applied to all new orders placed after the receipt of this letter.</w:t>
      </w:r>
    </w:p>
    <w:p>
      <w:r>
        <w:rPr>
          <w:b w:val="0"/>
          <w:sz w:val="20"/>
        </w:rPr>
        <w:t>- Existing contracts and quotes prior to this notice will be honored as agreed.</w:t>
      </w:r>
    </w:p>
    <w:p>
      <w:r>
        <w:rPr>
          <w:b w:val="0"/>
          <w:sz w:val="20"/>
        </w:rPr>
        <w:t>- Detailed updated pricing information will be provided upon request or included in your next invoice.</w:t>
      </w:r>
    </w:p>
    <w:p/>
    <w:p>
      <w:r>
        <w:rPr>
          <w:b w:val="0"/>
          <w:sz w:val="20"/>
        </w:rPr>
        <w:t>Please note that these changes are in accordance with applicable United States laws governing commercial transactions and contracts. We are committed to transparency and fairness in all our dealings.</w:t>
      </w:r>
    </w:p>
    <w:p/>
    <w:p>
      <w:r>
        <w:rPr>
          <w:b w:val="0"/>
          <w:sz w:val="20"/>
        </w:rPr>
        <w:t>Should you have any questions or require further clarification regarding the price changes, our customer service team is readily available to assist you. We encourage you to reach out to your account representative or contact us directly using the details below.</w:t>
      </w:r>
    </w:p>
    <w:p/>
    <w:p>
      <w:r>
        <w:rPr>
          <w:b w:val="0"/>
          <w:sz w:val="20"/>
        </w:rPr>
        <w:t>For inquiries, please contact:</w:t>
      </w:r>
    </w:p>
    <w:p>
      <w:r>
        <w:rPr>
          <w:b w:val="0"/>
          <w:sz w:val="20"/>
        </w:rPr>
        <w:t>Email: ____________________________________________</w:t>
      </w:r>
    </w:p>
    <w:p>
      <w:r>
        <w:rPr>
          <w:b w:val="0"/>
          <w:sz w:val="20"/>
        </w:rPr>
        <w:t>Phone: ____________________________________________</w:t>
      </w:r>
    </w:p>
    <w:p/>
    <w:p>
      <w:r>
        <w:rPr>
          <w:b w:val="0"/>
          <w:sz w:val="20"/>
        </w:rPr>
        <w:t>We value your business and look forward to continuing our successful relationship. Thank you for your understanding and ongoing support.</w:t>
      </w:r>
    </w:p>
    <w:p/>
    <w:p/>
    <w:p>
      <w:r>
        <w:rPr>
          <w:b w:val="0"/>
          <w:sz w:val="20"/>
        </w:rPr>
        <w:t>Sincerely,</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Company Representative</w:t>
            </w:r>
          </w:p>
        </w:tc>
        <w:tc>
          <w:tcPr>
            <w:tcW w:type="dxa" w:w="4986"/>
            <w:tcBorders>
              <w:top w:val="nil"/>
              <w:left w:val="nil"/>
              <w:bottom w:val="nil"/>
              <w:right w:val="nil"/>
              <w:insideH w:val="nil"/>
              <w:insideV w:val="nil"/>
            </w:tcBorders>
          </w:tcPr>
          <w:p>
            <w:pPr>
              <w:jc w:val="center"/>
            </w:pPr>
            <w:r>
              <w:t>Customer Acknowledgment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https://letter247-us.com/price-increase-letter-to-customers/</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price-increase-letter-to-customers/"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