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PAYMENT ARRANGEMENT LETTER</w:t>
      </w:r>
    </w:p>
    <w:p/>
    <w:p/>
    <w:p>
      <w:r>
        <w:rPr>
          <w:b w:val="0"/>
          <w:sz w:val="20"/>
        </w:rPr>
        <w:t>This Payment Arrangement Letter ("Agreement") is entered into by and between the undersigned parties listed below ("Parties").</w:t>
      </w:r>
    </w:p>
    <w:p/>
    <w:p>
      <w:r>
        <w:rPr>
          <w:b/>
          <w:sz w:val="20"/>
        </w:rPr>
        <w:t>Payer Information:</w:t>
      </w:r>
    </w:p>
    <w:p>
      <w:r>
        <w:rPr>
          <w:b w:val="0"/>
          <w:sz w:val="20"/>
        </w:rPr>
        <w:t>Full Name/Company: 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Payee Information:</w:t>
      </w:r>
    </w:p>
    <w:p>
      <w:r>
        <w:rPr>
          <w:b w:val="0"/>
          <w:sz w:val="20"/>
        </w:rPr>
        <w:t>Full Name/Company: 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p>
      <w:pPr>
        <w:jc w:val="center"/>
      </w:pPr>
      <w:r>
        <w:rPr>
          <w:b/>
          <w:sz w:val="20"/>
        </w:rPr>
        <w:t>RECITALS</w:t>
      </w:r>
    </w:p>
    <w:p/>
    <w:p>
      <w:r>
        <w:rPr>
          <w:b w:val="0"/>
          <w:sz w:val="20"/>
        </w:rPr>
        <w:t>WHEREAS, the Payer acknowledges an outstanding obligation to the Payee in the amount specified below;</w:t>
      </w:r>
    </w:p>
    <w:p>
      <w:r>
        <w:rPr>
          <w:b w:val="0"/>
          <w:sz w:val="20"/>
        </w:rPr>
        <w:t>WHEREAS, the Parties desire to establish a clear, enforceable payment arrangement to satisfy such obligation;</w:t>
      </w:r>
    </w:p>
    <w:p/>
    <w:p/>
    <w:p>
      <w:pPr>
        <w:jc w:val="center"/>
      </w:pPr>
      <w:r>
        <w:rPr>
          <w:b/>
          <w:sz w:val="20"/>
        </w:rPr>
        <w:t>PAYMENT DETAILS</w:t>
      </w:r>
    </w:p>
    <w:p/>
    <w:p>
      <w:r>
        <w:rPr>
          <w:b w:val="0"/>
          <w:sz w:val="20"/>
        </w:rPr>
        <w:t>Outstanding Amount (Principal): $____________________ USD</w:t>
      </w:r>
    </w:p>
    <w:p>
      <w:r>
        <w:rPr>
          <w:b w:val="0"/>
          <w:sz w:val="20"/>
        </w:rPr>
        <w:t>Interest Rate (Annual, if applicable): __________________%</w:t>
      </w:r>
    </w:p>
    <w:p>
      <w:r>
        <w:rPr>
          <w:b w:val="0"/>
          <w:sz w:val="20"/>
        </w:rPr>
        <w:t>Total Amount Due (including interest, if any): $____________________ USD</w:t>
      </w:r>
    </w:p>
    <w:p>
      <w:r>
        <w:rPr>
          <w:b w:val="0"/>
          <w:sz w:val="20"/>
        </w:rPr>
        <w:t>Payment Currency: ____________________</w:t>
      </w:r>
    </w:p>
    <w:p>
      <w:r>
        <w:rPr>
          <w:b w:val="0"/>
          <w:sz w:val="20"/>
        </w:rPr>
        <w:t>Payment Method(s): ________________________________________________________</w:t>
      </w:r>
    </w:p>
    <w:p/>
    <w:p>
      <w:pPr>
        <w:jc w:val="center"/>
      </w:pPr>
      <w:r>
        <w:rPr>
          <w:b/>
          <w:sz w:val="20"/>
        </w:rPr>
        <w:t>PAYMENT SCHEDULE</w:t>
      </w:r>
    </w:p>
    <w:p/>
    <w:p>
      <w:r>
        <w:rPr>
          <w:b w:val="0"/>
          <w:sz w:val="20"/>
        </w:rPr>
        <w:t>The Payer agrees to make payments according to the following schedule:</w:t>
      </w:r>
    </w:p>
    <w:p>
      <w:r>
        <w:rPr>
          <w:b w:val="0"/>
          <w:sz w:val="20"/>
        </w:rPr>
        <w:t>Number of Installments: _______________</w:t>
      </w:r>
    </w:p>
    <w:p>
      <w:r>
        <w:rPr>
          <w:b w:val="0"/>
          <w:sz w:val="20"/>
        </w:rPr>
        <w:t>Amount per Installment: $____________________ USD</w:t>
      </w:r>
    </w:p>
    <w:p>
      <w:r>
        <w:rPr>
          <w:b w:val="0"/>
          <w:sz w:val="20"/>
        </w:rPr>
        <w:t>Due Date(s) of Payment(s): __________________________________________________</w:t>
      </w:r>
    </w:p>
    <w:p>
      <w:r>
        <w:rPr>
          <w:b w:val="0"/>
          <w:sz w:val="20"/>
        </w:rPr>
        <w:t>Late Payment Penalties or Fees (if any): _________________________________________</w:t>
      </w:r>
    </w:p>
    <w:p>
      <w:r>
        <w:rPr>
          <w:b w:val="0"/>
          <w:sz w:val="20"/>
        </w:rPr>
        <w:t>Additional Conditions: _________________________________________________________</w:t>
      </w:r>
    </w:p>
    <w:p/>
    <w:p>
      <w:pPr>
        <w:jc w:val="center"/>
      </w:pPr>
      <w:r>
        <w:rPr>
          <w:b/>
          <w:sz w:val="20"/>
        </w:rPr>
        <w:t>REPRESENTATIONS AND WARRANTIES</w:t>
      </w:r>
    </w:p>
    <w:p/>
    <w:p>
      <w:r>
        <w:rPr>
          <w:b w:val="0"/>
          <w:sz w:val="20"/>
        </w:rPr>
        <w:t>The Payer represents and warrants that it has the authority and capacity to enter into this Agreement and perform its obligations hereunder.</w:t>
      </w:r>
    </w:p>
    <w:p>
      <w:r>
        <w:rPr>
          <w:b w:val="0"/>
          <w:sz w:val="20"/>
        </w:rPr>
        <w:t>The Payee represents and warrants that it is the lawful owner or authorized party to receive payments under this Agreement.</w:t>
      </w:r>
    </w:p>
    <w:p/>
    <w:p>
      <w:pPr>
        <w:jc w:val="center"/>
      </w:pPr>
      <w:r>
        <w:rPr>
          <w:b/>
          <w:sz w:val="20"/>
        </w:rPr>
        <w:t>COVENANTS</w:t>
      </w:r>
    </w:p>
    <w:p/>
    <w:p>
      <w:r>
        <w:rPr>
          <w:b w:val="0"/>
          <w:sz w:val="20"/>
        </w:rPr>
        <w:t>The Payer covenants to make payments timely and in full accordance with the agreed schedule.</w:t>
      </w:r>
    </w:p>
    <w:p>
      <w:r>
        <w:rPr>
          <w:b w:val="0"/>
          <w:sz w:val="20"/>
        </w:rPr>
        <w:t>The Payee covenants to provide receipts or confirmations of payments received upon request.</w:t>
      </w:r>
    </w:p>
    <w:p/>
    <w:p>
      <w:pPr>
        <w:jc w:val="center"/>
      </w:pPr>
      <w:r>
        <w:rPr>
          <w:b/>
          <w:sz w:val="20"/>
        </w:rPr>
        <w:t>DEFAULT AND REMEDIES</w:t>
      </w:r>
    </w:p>
    <w:p/>
    <w:p>
      <w:r>
        <w:rPr>
          <w:b w:val="0"/>
          <w:sz w:val="20"/>
        </w:rPr>
        <w:t>Failure by the Payer to make any payment within ___ days after its due date shall constitute a default under this Agreement.</w:t>
      </w:r>
    </w:p>
    <w:p>
      <w:r>
        <w:rPr>
          <w:b w:val="0"/>
          <w:sz w:val="20"/>
        </w:rPr>
        <w:t>Upon default, the Payee may pursue all remedies available under applicable law, including but not limited to acceleration of the remaining balance, collection actions, and legal proceedings.</w:t>
      </w:r>
    </w:p>
    <w:p>
      <w:r>
        <w:rPr>
          <w:b w:val="0"/>
          <w:sz w:val="20"/>
        </w:rPr>
        <w:t>This Agreement does not waive any rights or remedies available to the Payee beyond those expressly stated herein.</w:t>
      </w:r>
    </w:p>
    <w:p/>
    <w:p>
      <w:pPr>
        <w:jc w:val="center"/>
      </w:pPr>
      <w:r>
        <w:rPr>
          <w:b/>
          <w:sz w:val="20"/>
        </w:rPr>
        <w:t>GOVERNING LAW AND JURISDICTION</w:t>
      </w:r>
    </w:p>
    <w:p/>
    <w:p>
      <w:r>
        <w:rPr>
          <w:b w:val="0"/>
          <w:sz w:val="20"/>
        </w:rPr>
        <w:t>This Agreement shall be governed by and construed in accordance with the laws of the United States of America and the State of ____________________.</w:t>
      </w:r>
    </w:p>
    <w:p>
      <w:r>
        <w:rPr>
          <w:b w:val="0"/>
          <w:sz w:val="20"/>
        </w:rPr>
        <w:t>Any disputes arising out of or in connection with this Agreement shall be subject to the exclusive jurisdiction of the courts located within ____________________.</w:t>
      </w:r>
    </w:p>
    <w:p/>
    <w:p>
      <w:pPr>
        <w:jc w:val="center"/>
      </w:pPr>
      <w:r>
        <w:rPr>
          <w:b/>
          <w:sz w:val="20"/>
        </w:rPr>
        <w:t>ENTIRE AGREEMENT</w:t>
      </w:r>
    </w:p>
    <w:p/>
    <w:p>
      <w:r>
        <w:rPr>
          <w:b w:val="0"/>
          <w:sz w:val="20"/>
        </w:rPr>
        <w:t>This Agreement constitutes the entire understanding between the Parties with respect to the subject matter hereof and supersedes all prior discussions, negotiations, and agreements, whether oral or written.</w:t>
      </w:r>
    </w:p>
    <w:p>
      <w:r>
        <w:rPr>
          <w:b w:val="0"/>
          <w:sz w:val="20"/>
        </w:rPr>
        <w:t>Any amendments or modifications to this Agreement must be made in writing and signed by both Parties.</w:t>
      </w:r>
    </w:p>
    <w:p/>
    <w:p>
      <w:pPr>
        <w:jc w:val="center"/>
      </w:pPr>
      <w:r>
        <w:rPr>
          <w:b/>
          <w:sz w:val="20"/>
        </w:rPr>
        <w:t>SEVERABILITY</w:t>
      </w:r>
    </w:p>
    <w:p/>
    <w:p>
      <w:r>
        <w:rPr>
          <w:b w:val="0"/>
          <w:sz w:val="20"/>
        </w:rPr>
        <w:t>If any provision of this Agreement is held to be invalid, illegal, or unenforceable, the remaining provisions shall remain in full force and effect.</w:t>
      </w:r>
    </w:p>
    <w:p/>
    <w:p>
      <w:pPr>
        <w:jc w:val="center"/>
      </w:pPr>
      <w:r>
        <w:rPr>
          <w:b/>
          <w:sz w:val="20"/>
        </w:rPr>
        <w:t>NOTICES</w:t>
      </w:r>
    </w:p>
    <w:p/>
    <w:p>
      <w:r>
        <w:rPr>
          <w:b w:val="0"/>
          <w:sz w:val="20"/>
        </w:rPr>
        <w:t>All notices, requests, demands, and other communications under this Agreement shall be in writing and shall be deemed duly given when delivered personally or sent by certified mail, return receipt requested, to the addresses specified above or to such other address as a Party may designate by notice hereunder.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PAYER</w:t>
            </w:r>
          </w:p>
        </w:tc>
        <w:tc>
          <w:tcPr>
            <w:tcW w:type="dxa" w:w="4986"/>
            <w:tcBorders>
              <w:top w:val="nil"/>
              <w:left w:val="nil"/>
              <w:bottom w:val="nil"/>
              <w:right w:val="nil"/>
              <w:insideH w:val="nil"/>
              <w:insideV w:val="nil"/>
            </w:tcBorders>
          </w:tcPr>
          <w:p>
            <w:pPr>
              <w:jc w:val="center"/>
            </w:pPr>
            <w:r>
              <w:t>PAYEE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&amp;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https://letter247-us.com/payment-arrangement-letter/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payment-arrangemen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