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PAROLE SUPPORT LETTER</w:t>
      </w:r>
    </w:p>
    <w:p/>
    <w:p/>
    <w:p>
      <w:r>
        <w:rPr>
          <w:b w:val="0"/>
          <w:sz w:val="20"/>
        </w:rPr>
        <w:t>To Whom It May Concern:</w:t>
      </w:r>
    </w:p>
    <w:p/>
    <w:p>
      <w:r>
        <w:rPr>
          <w:b w:val="0"/>
          <w:sz w:val="20"/>
        </w:rPr>
        <w:t>I, the undersigned, hereby submit this Parole Support Letter on behalf of the individual identified below who is seeking parole under United States immigration law and regulations. This letter is intended to provide factual information and support the bona fide nature of the parole request in accordance with applicable federal guidelines.</w:t>
      </w:r>
    </w:p>
    <w:p/>
    <w:p>
      <w:r>
        <w:rPr>
          <w:b/>
          <w:sz w:val="20"/>
        </w:rPr>
        <w:t>Applicant Information:</w:t>
      </w:r>
    </w:p>
    <w:p>
      <w:r>
        <w:rPr>
          <w:b w:val="0"/>
          <w:sz w:val="20"/>
        </w:rPr>
        <w:t>Full Name: _______________________________________________________________</w:t>
      </w:r>
    </w:p>
    <w:p>
      <w:r>
        <w:rPr>
          <w:b w:val="0"/>
          <w:sz w:val="20"/>
        </w:rPr>
        <w:t>Date of Birth: ___________________________________________________________</w:t>
      </w:r>
    </w:p>
    <w:p>
      <w:r>
        <w:rPr>
          <w:b w:val="0"/>
          <w:sz w:val="20"/>
        </w:rPr>
        <w:t>Country of Citizenship: ___________________________________________________</w:t>
      </w:r>
    </w:p>
    <w:p>
      <w:r>
        <w:rPr>
          <w:b w:val="0"/>
          <w:sz w:val="20"/>
        </w:rPr>
        <w:t>Alien Registration Number (if applicable): _________________________________</w:t>
      </w:r>
    </w:p>
    <w:p>
      <w:r>
        <w:rPr>
          <w:b w:val="0"/>
          <w:sz w:val="20"/>
        </w:rPr>
        <w:t>Current Address: _________________________________________________________</w:t>
      </w:r>
    </w:p>
    <w:p>
      <w:r>
        <w:rPr>
          <w:b w:val="0"/>
          <w:sz w:val="20"/>
        </w:rPr>
        <w:t>Phone Number: ___________________________________________________________</w:t>
      </w:r>
    </w:p>
    <w:p/>
    <w:p>
      <w:r>
        <w:rPr>
          <w:b/>
          <w:sz w:val="20"/>
        </w:rPr>
        <w:t>Supporter Information:</w:t>
      </w:r>
    </w:p>
    <w:p>
      <w:r>
        <w:rPr>
          <w:b w:val="0"/>
          <w:sz w:val="20"/>
        </w:rPr>
        <w:t>Full Name: _______________________________________________________________</w:t>
      </w:r>
    </w:p>
    <w:p>
      <w:r>
        <w:rPr>
          <w:b w:val="0"/>
          <w:sz w:val="20"/>
        </w:rPr>
        <w:t>Relationship to Applicant: 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r>
        <w:rPr>
          <w:b/>
          <w:sz w:val="20"/>
        </w:rPr>
        <w:t>Purpose of Letter:</w:t>
      </w:r>
    </w:p>
    <w:p>
      <w:r>
        <w:rPr>
          <w:b w:val="0"/>
          <w:sz w:val="20"/>
        </w:rPr>
        <w:t>This letter is submitted to demonstrate the strong personal, financial, and community ties that the Applicant has in the United States and to affirm the Supporter's commitment to assist and ensure the Applicant’s compliance with all conditions and requirements imposed by the parole grant.</w:t>
      </w:r>
    </w:p>
    <w:p/>
    <w:p>
      <w:r>
        <w:rPr>
          <w:b/>
          <w:sz w:val="20"/>
        </w:rPr>
        <w:t>Statements of Support:</w:t>
      </w:r>
    </w:p>
    <w:p>
      <w:r>
        <w:rPr>
          <w:b w:val="0"/>
          <w:sz w:val="20"/>
        </w:rPr>
        <w:t>1. I affirm that the Applicant has a compelling humanitarian reason or significant public benefit that justifies the grant of parole under 8 CFR § 212.5.</w:t>
      </w:r>
    </w:p>
    <w:p>
      <w:r>
        <w:rPr>
          <w:b w:val="0"/>
          <w:sz w:val="20"/>
        </w:rPr>
        <w:t>2. I am willing and able to provide the Applicant with financial support, housing, and transportation as necessary during the parole period.</w:t>
      </w:r>
    </w:p>
    <w:p>
      <w:r>
        <w:rPr>
          <w:b w:val="0"/>
          <w:sz w:val="20"/>
        </w:rPr>
        <w:t>3. I understand that parole does not confer lawful permanent resident status or guarantee future immigration benefits.</w:t>
      </w:r>
    </w:p>
    <w:p>
      <w:r>
        <w:rPr>
          <w:b w:val="0"/>
          <w:sz w:val="20"/>
        </w:rPr>
        <w:t>4. I agree to notify the United States Citizenship and Immigration Services (USCIS) or relevant authorities if the Applicant’s circumstances change or if I am no longer able to support the Applicant.</w:t>
      </w:r>
    </w:p>
    <w:p>
      <w:r>
        <w:rPr>
          <w:b w:val="0"/>
          <w:sz w:val="20"/>
        </w:rPr>
        <w:t>5. The Applicant will comply with all parole conditions, including timely departure from the United States when required.</w:t>
      </w:r>
    </w:p>
    <w:p/>
    <w:p>
      <w:r>
        <w:rPr>
          <w:b/>
          <w:sz w:val="20"/>
        </w:rPr>
        <w:t>Legal Compliance and Acknowledgements:</w:t>
      </w:r>
    </w:p>
    <w:p>
      <w:r>
        <w:rPr>
          <w:b w:val="0"/>
          <w:sz w:val="20"/>
        </w:rPr>
        <w:t>The Supporter and Applicant understand that parole is a discretionary benefit granted solely at the discretion of the Secretary of Homeland Security and that any misrepresentation or failure to comply with parole conditions may result in revocation and removal proceedings. This letter contains truthful and accurate information to the best of the Supporter's knowledge.</w:t>
      </w:r>
    </w:p>
    <w:p/>
    <w:p>
      <w:r>
        <w:rPr>
          <w:b/>
          <w:sz w:val="20"/>
        </w:rPr>
        <w:t>Enclosures and Supporting Documentation:</w:t>
      </w:r>
    </w:p>
    <w:p>
      <w:r>
        <w:rPr>
          <w:b w:val="0"/>
          <w:sz w:val="20"/>
        </w:rPr>
        <w:t>Attached to this letter are copies of relevant documents including, but not limited to, proof of relationship, financial statements, identification documents, and any other material evidencing the Applicant’s eligibility and the Supporter's ability to assist.</w:t>
      </w:r>
    </w:p>
    <w:p/>
    <w:p>
      <w:r>
        <w:rPr>
          <w:b/>
          <w:sz w:val="20"/>
        </w:rPr>
        <w:t>Conclusion:</w:t>
      </w:r>
    </w:p>
    <w:p>
      <w:r>
        <w:rPr>
          <w:b w:val="0"/>
          <w:sz w:val="20"/>
        </w:rPr>
        <w:t>I respectfully request that the parole be granted to the Applicant considering the facts outlined above. I am available for any inquiries or additional information as may be required to facilitate a fair and prompt review.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SUPPORTER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Printed Name: ___________________________</w:t>
            </w:r>
          </w:p>
        </w:tc>
      </w:tr>
      <w:tr>
        <w:tc>
          <w:tcPr>
            <w:tcW w:type="dxa" w:w="4986"/>
            <w:tcBorders>
              <w:top w:val="nil"/>
              <w:left w:val="nil"/>
              <w:bottom w:val="nil"/>
              <w:right w:val="nil"/>
              <w:insideH w:val="nil"/>
              <w:insideV w:val="nil"/>
            </w:tcBorders>
          </w:tcPr>
          <w:p>
            <w:pPr>
              <w:jc w:val="center"/>
            </w:pPr>
            <w:r>
              <w:t>Date: __________________________________</w:t>
            </w:r>
          </w:p>
        </w:tc>
        <w:tc>
          <w:tcPr>
            <w:tcW w:type="dxa" w:w="4986"/>
            <w:tcBorders>
              <w:top w:val="nil"/>
              <w:left w:val="nil"/>
              <w:bottom w:val="nil"/>
              <w:right w:val="nil"/>
              <w:insideH w:val="nil"/>
              <w:insideV w:val="nil"/>
            </w:tcBorders>
          </w:tcPr>
          <w:p>
            <w:pPr>
              <w:jc w:val="center"/>
            </w:pPr>
            <w:r>
              <w:t>Date: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https://letter247-us.com/parole-support-letter/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arole-suppor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