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PAID ASSESSMENT LETTER</w:t>
      </w:r>
    </w:p>
    <w:p/>
    <w:p/>
    <w:p>
      <w:r>
        <w:rPr>
          <w:b/>
          <w:sz w:val="20"/>
        </w:rPr>
        <w:t>To:</w:t>
      </w:r>
    </w:p>
    <w:p>
      <w:r>
        <w:rPr>
          <w:b w:val="0"/>
          <w:sz w:val="20"/>
        </w:rPr>
        <w:t>Name: ________________________________________________________________</w:t>
      </w:r>
    </w:p>
    <w:p>
      <w:r>
        <w:rPr>
          <w:b w:val="0"/>
          <w:sz w:val="20"/>
        </w:rPr>
        <w:t>Company/Organization: ________________________________________________</w:t>
      </w:r>
    </w:p>
    <w:p>
      <w:r>
        <w:rPr>
          <w:b w:val="0"/>
          <w:sz w:val="20"/>
        </w:rPr>
        <w:t>Address: ______________________________________________________________</w:t>
      </w:r>
    </w:p>
    <w:p>
      <w:r>
        <w:rPr>
          <w:b w:val="0"/>
          <w:sz w:val="20"/>
        </w:rPr>
        <w:t>City, State, Zip Code: 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From:</w:t>
      </w:r>
    </w:p>
    <w:p>
      <w:r>
        <w:rPr>
          <w:b w:val="0"/>
          <w:sz w:val="20"/>
        </w:rPr>
        <w:t>Name: ________________________________________________________________</w:t>
      </w:r>
    </w:p>
    <w:p>
      <w:r>
        <w:rPr>
          <w:b w:val="0"/>
          <w:sz w:val="20"/>
        </w:rPr>
        <w:t>Company/Organization: ________________________________________________</w:t>
      </w:r>
    </w:p>
    <w:p>
      <w:r>
        <w:rPr>
          <w:b w:val="0"/>
          <w:sz w:val="20"/>
        </w:rPr>
        <w:t>Address: ______________________________________________________________</w:t>
      </w:r>
    </w:p>
    <w:p>
      <w:r>
        <w:rPr>
          <w:b w:val="0"/>
          <w:sz w:val="20"/>
        </w:rPr>
        <w:t>City, State, Zip Code: 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Subject: Paid Assessment Confirmation and Agreement</w:t>
      </w:r>
    </w:p>
    <w:p/>
    <w:p/>
    <w:p>
      <w:r>
        <w:rPr>
          <w:b w:val="0"/>
          <w:sz w:val="20"/>
        </w:rPr>
        <w:t>Dear Sir/Madam,</w:t>
      </w:r>
    </w:p>
    <w:p/>
    <w:p>
      <w:r>
        <w:rPr>
          <w:b w:val="0"/>
          <w:sz w:val="20"/>
        </w:rPr>
        <w:t>This letter confirms that payment has been received by [Company/Organization Name] (hereinafter “Company”) from [Client Name] (hereinafter “Client”) in connection with the professional assessment services described herein.</w:t>
      </w:r>
    </w:p>
    <w:p/>
    <w:p>
      <w:r>
        <w:rPr>
          <w:b/>
          <w:sz w:val="20"/>
        </w:rPr>
        <w:t>1. Description of Assessment Services</w:t>
      </w:r>
    </w:p>
    <w:p>
      <w:r>
        <w:rPr>
          <w:b w:val="0"/>
          <w:sz w:val="20"/>
        </w:rPr>
        <w:t>The Company agrees to perform the following assessment services for the Client:</w:t>
      </w:r>
    </w:p>
    <w:p>
      <w:r>
        <w:rPr>
          <w:b w:val="0"/>
          <w:sz w:val="20"/>
        </w:rPr>
        <w:t>- ________________________________________________________________</w:t>
      </w:r>
    </w:p>
    <w:p>
      <w:r>
        <w:rPr>
          <w:b w:val="0"/>
          <w:sz w:val="20"/>
        </w:rPr>
        <w:t>- ________________________________________________________________</w:t>
      </w:r>
    </w:p>
    <w:p>
      <w:r>
        <w:rPr>
          <w:b w:val="0"/>
          <w:sz w:val="20"/>
        </w:rPr>
        <w:t>- ________________________________________________________________</w:t>
      </w:r>
    </w:p>
    <w:p/>
    <w:p>
      <w:r>
        <w:rPr>
          <w:b/>
          <w:sz w:val="20"/>
        </w:rPr>
        <w:t>2. Payment Terms</w:t>
      </w:r>
    </w:p>
    <w:p>
      <w:r>
        <w:rPr>
          <w:b w:val="0"/>
          <w:sz w:val="20"/>
        </w:rPr>
        <w:t>The Client has paid the sum of $________________ (USD) in full for the assessment services described above. No further payment shall be due for these services unless agreed in writing by both parties.</w:t>
      </w:r>
    </w:p>
    <w:p/>
    <w:p>
      <w:r>
        <w:rPr>
          <w:b/>
          <w:sz w:val="20"/>
        </w:rPr>
        <w:t>3. Delivery of Assessment Results</w:t>
      </w:r>
    </w:p>
    <w:p>
      <w:r>
        <w:rPr>
          <w:b w:val="0"/>
          <w:sz w:val="20"/>
        </w:rPr>
        <w:t>The Company shall deliver the assessment results to the Client in the following manner:</w:t>
      </w:r>
    </w:p>
    <w:p>
      <w:r>
        <w:rPr>
          <w:b w:val="0"/>
          <w:sz w:val="20"/>
        </w:rPr>
        <w:t>- Delivery Method: ____________________________________________________</w:t>
      </w:r>
    </w:p>
    <w:p>
      <w:r>
        <w:rPr>
          <w:b w:val="0"/>
          <w:sz w:val="20"/>
        </w:rPr>
        <w:t>- Expected Delivery Timeframe: ________________________________________</w:t>
      </w:r>
    </w:p>
    <w:p/>
    <w:p>
      <w:r>
        <w:rPr>
          <w:b/>
          <w:sz w:val="20"/>
        </w:rPr>
        <w:t>4. Confidentiality</w:t>
      </w:r>
    </w:p>
    <w:p>
      <w:r>
        <w:rPr>
          <w:b w:val="0"/>
          <w:sz w:val="20"/>
        </w:rPr>
        <w:t>Both parties agree to maintain the confidentiality of all information exchanged in connection with the assessment, except where disclosure is required by law or authorized in writing by the other party.</w:t>
      </w:r>
    </w:p>
    <w:p/>
    <w:p>
      <w:r>
        <w:rPr>
          <w:b/>
          <w:sz w:val="20"/>
        </w:rPr>
        <w:t>5. Limitation of Liability</w:t>
      </w:r>
    </w:p>
    <w:p>
      <w:r>
        <w:rPr>
          <w:b w:val="0"/>
          <w:sz w:val="20"/>
        </w:rPr>
        <w:t>The Company’s liability arising from or related to this assessment letter, whether in contract, tort, or otherwise, shall be limited to the amount paid by the Client for the assessment services. In no event shall the Company be liable for any indirect, incidental, consequential, or punitive damages.</w:t>
      </w:r>
    </w:p>
    <w:p/>
    <w:p>
      <w:r>
        <w:rPr>
          <w:b/>
          <w:sz w:val="20"/>
        </w:rPr>
        <w:t>6. Governing Law and Jurisdiction</w:t>
      </w:r>
    </w:p>
    <w:p>
      <w:r>
        <w:rPr>
          <w:b w:val="0"/>
          <w:sz w:val="20"/>
        </w:rPr>
        <w:t>This Paid Assessment Letter shall be governed by and construed in accordance with the laws of the State of ________________, United States of America. Any dispute arising under or in connection with this letter shall be subject to the exclusive jurisdiction of the courts located in ________________________.</w:t>
      </w:r>
    </w:p>
    <w:p/>
    <w:p>
      <w:r>
        <w:rPr>
          <w:b/>
          <w:sz w:val="20"/>
        </w:rPr>
        <w:t>7. Entire Agreement</w:t>
      </w:r>
    </w:p>
    <w:p>
      <w:r>
        <w:rPr>
          <w:b w:val="0"/>
          <w:sz w:val="20"/>
        </w:rPr>
        <w:t>This letter constitutes the entire agreement between the parties concerning the subject matter hereof and supersedes all prior agreements, understandings, or representations, whether oral or written.</w:t>
      </w:r>
    </w:p>
    <w:p/>
    <w:p>
      <w:r>
        <w:rPr>
          <w:b/>
          <w:sz w:val="20"/>
        </w:rPr>
        <w:t>8. Amendment</w:t>
      </w:r>
    </w:p>
    <w:p>
      <w:r>
        <w:rPr>
          <w:b w:val="0"/>
          <w:sz w:val="20"/>
        </w:rPr>
        <w:t>No amendment or modification to this Paid Assessment Letter shall be valid unless made in writing and signed by both parties.</w:t>
      </w:r>
    </w:p>
    <w:p/>
    <w:p/>
    <w:p>
      <w:r>
        <w:rPr>
          <w:b w:val="0"/>
          <w:sz w:val="20"/>
        </w:rPr>
        <w:t>Please sign below to confirm your acceptance of and agreement to the terms set forth in this Paid Assessment Letter.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COMPANY AUTHORIZED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https://letter247-us.com/paid-assessment-letter/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paid-assessmen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