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OFFICIAL RESIGNATION LETTER</w:t>
      </w:r>
    </w:p>
    <w:p/>
    <w:p/>
    <w:p>
      <w:r>
        <w:rPr>
          <w:b/>
          <w:sz w:val="20"/>
        </w:rPr>
        <w:t>To:</w:t>
      </w:r>
    </w:p>
    <w:p>
      <w:r>
        <w:rPr>
          <w:b w:val="0"/>
          <w:sz w:val="20"/>
        </w:rPr>
        <w:t>______________________________</w:t>
      </w:r>
    </w:p>
    <w:p>
      <w:r>
        <w:rPr>
          <w:b w:val="0"/>
          <w:sz w:val="20"/>
        </w:rPr>
        <w:t>______________________________</w:t>
      </w:r>
    </w:p>
    <w:p>
      <w:r>
        <w:rPr>
          <w:b w:val="0"/>
          <w:sz w:val="20"/>
        </w:rPr>
        <w:t>______________________________</w:t>
      </w:r>
    </w:p>
    <w:p/>
    <w:p/>
    <w:p>
      <w:r>
        <w:rPr>
          <w:b/>
          <w:sz w:val="20"/>
        </w:rPr>
        <w:t>Subject: Resignation from my position</w:t>
      </w:r>
    </w:p>
    <w:p/>
    <w:p/>
    <w:p>
      <w:r>
        <w:rPr>
          <w:b w:val="0"/>
          <w:sz w:val="20"/>
        </w:rPr>
        <w:t>Dear ________________________________,</w:t>
      </w:r>
    </w:p>
    <w:p/>
    <w:p>
      <w:r>
        <w:rPr>
          <w:b w:val="0"/>
          <w:sz w:val="20"/>
        </w:rPr>
        <w:t>I am writing to formally notify you of my resignation from my position as ____________________________ at ____________________________, effective two weeks from the date of this letter, as per the terms of my employment agreement.</w:t>
      </w:r>
    </w:p>
    <w:p/>
    <w:p>
      <w:r>
        <w:rPr>
          <w:b w:val="0"/>
          <w:sz w:val="20"/>
        </w:rPr>
        <w:t>This decision was made after careful consideration, and although I am grateful for the opportunities and experiences I have gained during my tenure with the company, I believe it is in my best interest to pursue new challenges and further my professional growth.</w:t>
      </w:r>
    </w:p>
    <w:p/>
    <w:p>
      <w:r>
        <w:rPr>
          <w:b w:val="0"/>
          <w:sz w:val="20"/>
        </w:rPr>
        <w:t>I am committed to ensuring a smooth transition and will do everything possible to complete my current responsibilities and assist in training my replacement during the remaining period of my employment.</w:t>
      </w:r>
    </w:p>
    <w:p/>
    <w:p>
      <w:r>
        <w:rPr>
          <w:b w:val="0"/>
          <w:sz w:val="20"/>
        </w:rPr>
        <w:t>I want to express my sincere gratitude for the support, guidance, and professional development opportunities provided to me throughout my employment. It has been a privilege to work with a talented team and contribute to the success of the organization.</w:t>
      </w:r>
    </w:p>
    <w:p/>
    <w:p>
      <w:r>
        <w:rPr>
          <w:b w:val="0"/>
          <w:sz w:val="20"/>
        </w:rPr>
        <w:t>Please let me know if there are any formalities I need to complete prior to my departure. I look forward to staying in touch and hope to maintain a positive professional relationship.</w:t>
      </w:r>
    </w:p>
    <w:p/>
    <w:p/>
    <w:p>
      <w:r>
        <w:rPr>
          <w:b w:val="0"/>
          <w:sz w:val="20"/>
        </w:rPr>
        <w:t>Sincerely,</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Signature: ________________________________</w:t>
            </w:r>
          </w:p>
        </w:tc>
      </w:tr>
      <w:tr>
        <w:tc>
          <w:tcPr>
            <w:tcW w:type="dxa" w:w="9972"/>
            <w:tcBorders>
              <w:top w:val="nil"/>
              <w:left w:val="nil"/>
              <w:bottom w:val="nil"/>
              <w:right w:val="nil"/>
              <w:insideH w:val="nil"/>
              <w:insideV w:val="nil"/>
            </w:tcBorders>
          </w:tcPr>
          <w:p>
            <w:pPr>
              <w:jc w:val="left"/>
            </w:pPr>
            <w:r>
              <w:t>Printed Name: ________________________________</w:t>
            </w:r>
          </w:p>
        </w:tc>
      </w:tr>
    </w:tbl>
    <w:p/>
    <w:p/>
    <w:p>
      <w:r>
        <w:rPr>
          <w:b/>
          <w:sz w:val="20"/>
        </w:rPr>
        <w:t>Contact Information:</w:t>
      </w:r>
    </w:p>
    <w:p>
      <w:r>
        <w:rPr>
          <w:b w:val="0"/>
          <w:sz w:val="20"/>
        </w:rPr>
        <w:t>Phone: ________________________________</w:t>
      </w:r>
    </w:p>
    <w:p>
      <w:r>
        <w:rPr>
          <w:b w:val="0"/>
          <w:sz w:val="20"/>
        </w:rPr>
        <w:t>Email: ________________________________</w:t>
      </w:r>
    </w:p>
    <w:p/>
    <w:p>
      <w:r>
        <w:rPr>
          <w:b w:val="0"/>
          <w:sz w:val="20"/>
        </w:rPr>
        <w:t>Date: ________________________________</w:t>
      </w:r>
    </w:p>
    <w:p/>
    <w:p/>
    <w:p>
      <w:r>
        <w:rPr>
          <w:b/>
          <w:sz w:val="20"/>
        </w:rPr>
        <w:t>CC:</w:t>
      </w:r>
    </w:p>
    <w:p>
      <w:r>
        <w:rPr>
          <w:b w:val="0"/>
          <w:sz w:val="20"/>
        </w:rPr>
        <w:t>Human Resources Department</w:t>
      </w:r>
    </w:p>
    <w:p>
      <w:r>
        <w:rPr>
          <w:b w:val="0"/>
          <w:sz w:val="20"/>
        </w:rPr>
        <w:t>______________________________</w:t>
      </w:r>
    </w:p>
    <w:p>
      <w:r>
        <w:rPr>
          <w:b w:val="0"/>
          <w:sz w:val="20"/>
        </w:rPr>
        <w:t>______________________________</w:t>
      </w:r>
    </w:p>
    <w:p/>
    <w:p>
      <w:r>
        <w:rPr>
          <w:b w:val="0"/>
          <w:sz w:val="20"/>
        </w:rPr>
        <w:t>This letter serves as a formal and legally binding notice of resignation under United States employment law. The undersigned employee confirms that all company property will be returned prior to or at the end of the employment period, and that all confidential information and proprietary rights will continue to be respected in accordance with company policies and applicable laws.</w:t>
      </w:r>
    </w:p>
    <w:p/>
    <w:p>
      <w:r>
        <w:rPr>
          <w:b w:val="0"/>
          <w:sz w:val="20"/>
        </w:rPr>
        <w:t>By signing below, I acknowledge and accept the terms of this resignation letter and confirm the effective date of my resignation as indicated above.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 Signature</w:t>
            </w:r>
          </w:p>
        </w:tc>
        <w:tc>
          <w:tcPr>
            <w:tcW w:type="dxa" w:w="4986"/>
            <w:tcBorders>
              <w:top w:val="nil"/>
              <w:left w:val="nil"/>
              <w:bottom w:val="nil"/>
              <w:right w:val="nil"/>
              <w:insideH w:val="nil"/>
              <w:insideV w:val="nil"/>
            </w:tcBorders>
          </w:tcPr>
          <w:p>
            <w:pPr>
              <w:jc w:val="center"/>
            </w:pPr>
            <w:r>
              <w:t>Employer Representative Signature</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https://letter247-us.com/official-resignation-letter/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official-resignation-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