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TO VACATE APARTMENT</w:t>
      </w:r>
    </w:p>
    <w:p/>
    <w:p/>
    <w:p>
      <w:r>
        <w:rPr>
          <w:b/>
          <w:sz w:val="20"/>
        </w:rPr>
        <w:t>Sender's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Recipient's Information (Tenant):</w:t>
      </w:r>
    </w:p>
    <w:p>
      <w:r>
        <w:rPr>
          <w:b w:val="0"/>
          <w:sz w:val="20"/>
        </w:rPr>
        <w:t>Full Name(s): _________________________________________________________</w:t>
      </w:r>
    </w:p>
    <w:p>
      <w:r>
        <w:rPr>
          <w:b w:val="0"/>
          <w:sz w:val="20"/>
        </w:rPr>
        <w:t>Apartment Address: _____________________________________________________</w:t>
      </w:r>
    </w:p>
    <w:p>
      <w:r>
        <w:rPr>
          <w:b w:val="0"/>
          <w:sz w:val="20"/>
        </w:rPr>
        <w:t>City, State, ZIP Code: _________________________________________________</w:t>
      </w:r>
    </w:p>
    <w:p>
      <w:r>
        <w:rPr>
          <w:b w:val="0"/>
          <w:sz w:val="20"/>
        </w:rPr>
        <w:t>Phone Number: _________________________________________________________</w:t>
      </w:r>
    </w:p>
    <w:p/>
    <w:p/>
    <w:p>
      <w:r>
        <w:rPr>
          <w:b/>
          <w:sz w:val="20"/>
        </w:rPr>
        <w:t>Subject: Notice to Vacate Apartment Premises</w:t>
      </w:r>
    </w:p>
    <w:p/>
    <w:p>
      <w:r>
        <w:rPr>
          <w:b w:val="0"/>
          <w:sz w:val="20"/>
        </w:rPr>
        <w:t>Dear Tenant(s),</w:t>
      </w:r>
    </w:p>
    <w:p/>
    <w:p>
      <w:r>
        <w:rPr>
          <w:b w:val="0"/>
          <w:sz w:val="20"/>
        </w:rPr>
        <w:t>This letter serves as formal written notice that you are required to vacate the apartment premises described above. This Notice to Vacate is issued pursuant to the terms of your lease agreement and applicable United States laws governing landlord and tenant relationships.</w:t>
      </w:r>
    </w:p>
    <w:p/>
    <w:p>
      <w:r>
        <w:rPr>
          <w:b/>
          <w:sz w:val="20"/>
        </w:rPr>
        <w:t>Reason for Notice:</w:t>
      </w:r>
    </w:p>
    <w:p>
      <w:r>
        <w:rPr>
          <w:b w:val="0"/>
          <w:sz w:val="20"/>
        </w:rPr>
        <w:t>_________________________________________________________________________</w:t>
      </w:r>
    </w:p>
    <w:p>
      <w:r>
        <w:rPr>
          <w:b w:val="0"/>
          <w:sz w:val="20"/>
        </w:rPr>
        <w:t>_________________________________________________________________________</w:t>
      </w:r>
    </w:p>
    <w:p/>
    <w:p>
      <w:r>
        <w:rPr>
          <w:b w:val="0"/>
          <w:sz w:val="20"/>
        </w:rPr>
        <w:t>You are required to vacate and surrender possession of the apartment no later than:</w:t>
      </w:r>
    </w:p>
    <w:p>
      <w:r>
        <w:rPr>
          <w:b/>
          <w:sz w:val="20"/>
        </w:rPr>
        <w:t>_________________________________________________________________________</w:t>
      </w:r>
    </w:p>
    <w:p/>
    <w:p>
      <w:r>
        <w:rPr>
          <w:b/>
          <w:sz w:val="20"/>
        </w:rPr>
        <w:t>Condition of Premises:</w:t>
      </w:r>
    </w:p>
    <w:p>
      <w:r>
        <w:rPr>
          <w:b w:val="0"/>
          <w:sz w:val="20"/>
        </w:rPr>
        <w:t>Please ensure that the apartment is returned in a clean and undamaged condition, reasonable wear and tear excepted. You are responsible for removing all personal belongings and returning all keys and access devices to the landlord by the vacate deadline.</w:t>
      </w:r>
    </w:p>
    <w:p/>
    <w:p>
      <w:r>
        <w:rPr>
          <w:b/>
          <w:sz w:val="20"/>
        </w:rPr>
        <w:t>Security Deposit:</w:t>
      </w:r>
    </w:p>
    <w:p>
      <w:r>
        <w:rPr>
          <w:b w:val="0"/>
          <w:sz w:val="20"/>
        </w:rPr>
        <w:t>Your security deposit will be handled in accordance with the lease agreement and applicable state laws. After you vacate, an inspection will be conducted to assess any damages beyond normal wear and tear. Deductions, if any, will be itemized and communicated to you in writing within the timeframe required by law.</w:t>
      </w:r>
    </w:p>
    <w:p/>
    <w:p>
      <w:r>
        <w:rPr>
          <w:b/>
          <w:sz w:val="20"/>
        </w:rPr>
        <w:t>Property Inspection:</w:t>
      </w:r>
    </w:p>
    <w:p>
      <w:r>
        <w:rPr>
          <w:b w:val="0"/>
          <w:sz w:val="20"/>
        </w:rPr>
        <w:t>You have the right to be present during the final inspection of the apartment. Please contact the landlord or property manager to schedule a mutually convenient inspection date prior to vacating.</w:t>
      </w:r>
    </w:p>
    <w:p/>
    <w:p>
      <w:r>
        <w:rPr>
          <w:b/>
          <w:sz w:val="20"/>
        </w:rPr>
        <w:t>Forwarding Address:</w:t>
      </w:r>
    </w:p>
    <w:p>
      <w:r>
        <w:rPr>
          <w:b w:val="0"/>
          <w:sz w:val="20"/>
        </w:rPr>
        <w:t>To facilitate the return of your security deposit and any further communication, please provide a forwarding address:</w:t>
      </w:r>
    </w:p>
    <w:p>
      <w:r>
        <w:rPr>
          <w:b w:val="0"/>
          <w:sz w:val="20"/>
        </w:rPr>
        <w:t>_________________________________________________________________________</w:t>
      </w:r>
    </w:p>
    <w:p/>
    <w:p>
      <w:r>
        <w:rPr>
          <w:b/>
          <w:sz w:val="20"/>
        </w:rPr>
        <w:t>Lease Termination and Obligations:</w:t>
      </w:r>
    </w:p>
    <w:p>
      <w:r>
        <w:rPr>
          <w:b w:val="0"/>
          <w:sz w:val="20"/>
        </w:rPr>
        <w:t>Please be reminded that the terms of your lease agreement remain in effect until the vacate date, including rent payment obligations. Failure to vacate by the specified date may result in legal action to recover possession of the premises and any associated costs.</w:t>
      </w:r>
    </w:p>
    <w:p/>
    <w:p>
      <w:r>
        <w:rPr>
          <w:b/>
          <w:sz w:val="20"/>
        </w:rPr>
        <w:t>Contact Information:</w:t>
      </w:r>
    </w:p>
    <w:p>
      <w:r>
        <w:rPr>
          <w:b w:val="0"/>
          <w:sz w:val="20"/>
        </w:rPr>
        <w:t>If you have any questions or require assistance regarding this Notice to Vacate, please contact the landlord or property manager at the contact information provided above.</w:t>
      </w:r>
    </w:p>
    <w:p/>
    <w:p/>
    <w:p>
      <w:r>
        <w:rPr>
          <w:b w:val="0"/>
          <w:sz w:val="20"/>
        </w:rPr>
        <w:t>Sincerely,</w:t>
      </w:r>
    </w:p>
    <w:p/>
    <w:p/>
    <w:p/>
    <w:p>
      <w:r>
        <w:rPr>
          <w:b w:val="0"/>
          <w:sz w:val="20"/>
        </w:rPr>
        <w:t>______________________________________________________</w:t>
      </w:r>
    </w:p>
    <w:p>
      <w:r>
        <w:rPr>
          <w:b w:val="0"/>
          <w:sz w:val="20"/>
        </w:rPr>
        <w:t>Landlord / Property Manager Signature</w:t>
      </w:r>
    </w:p>
    <w:p/>
    <w:p/>
    <w:p>
      <w:r>
        <w:rPr>
          <w:b w:val="0"/>
          <w:sz w:val="20"/>
        </w:rPr>
        <w:t>Date: 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PROPERTY MANAGER</w:t>
            </w:r>
          </w:p>
        </w:tc>
        <w:tc>
          <w:tcPr>
            <w:tcW w:type="dxa" w:w="4986"/>
            <w:tcBorders>
              <w:top w:val="nil"/>
              <w:left w:val="nil"/>
              <w:bottom w:val="nil"/>
              <w:right w:val="nil"/>
              <w:insideH w:val="nil"/>
              <w:insideV w:val="nil"/>
            </w:tcBorders>
          </w:tcPr>
          <w:p>
            <w:pPr>
              <w:jc w:val="center"/>
            </w:pPr>
            <w:r>
              <w:t>TENANT(S)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https://letter247-us.com/notice-to-vacate-apartment-letter/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notice-to-vacate-apart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