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NOTICE OF RESIGNATION</w:t>
      </w:r>
    </w:p>
    <w:p/>
    <w:p/>
    <w:p>
      <w:r>
        <w:rPr>
          <w:b/>
          <w:sz w:val="20"/>
        </w:rPr>
        <w:t>To:</w:t>
      </w:r>
    </w:p>
    <w:p>
      <w:r>
        <w:rPr>
          <w:b w:val="0"/>
          <w:sz w:val="20"/>
        </w:rPr>
        <w:t>Name: ________________________________________________________________</w:t>
      </w:r>
    </w:p>
    <w:p>
      <w:r>
        <w:rPr>
          <w:b w:val="0"/>
          <w:sz w:val="20"/>
        </w:rPr>
        <w:t>Position: ______________________________________________________________</w:t>
      </w:r>
    </w:p>
    <w:p>
      <w:r>
        <w:rPr>
          <w:b w:val="0"/>
          <w:sz w:val="20"/>
        </w:rPr>
        <w:t>Company: ______________________________________________________________</w:t>
      </w:r>
    </w:p>
    <w:p>
      <w:r>
        <w:rPr>
          <w:b w:val="0"/>
          <w:sz w:val="20"/>
        </w:rPr>
        <w:t>Company Address: ______________________________________________________</w:t>
      </w:r>
    </w:p>
    <w:p/>
    <w:p/>
    <w:p>
      <w:r>
        <w:rPr>
          <w:b/>
          <w:sz w:val="20"/>
        </w:rPr>
        <w:t>From:</w:t>
      </w:r>
    </w:p>
    <w:p>
      <w:r>
        <w:rPr>
          <w:b w:val="0"/>
          <w:sz w:val="20"/>
        </w:rPr>
        <w:t>Name: ________________________________________________________________</w:t>
      </w:r>
    </w:p>
    <w:p>
      <w:r>
        <w:rPr>
          <w:b w:val="0"/>
          <w:sz w:val="20"/>
        </w:rPr>
        <w:t>Position: ______________________________________________________________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p>
      <w:r>
        <w:rPr>
          <w:b/>
          <w:sz w:val="20"/>
        </w:rPr>
        <w:t>Subject: Notice of Resignation</w:t>
      </w:r>
    </w:p>
    <w:p/>
    <w:p/>
    <w:p>
      <w:r>
        <w:rPr>
          <w:b w:val="0"/>
          <w:sz w:val="20"/>
        </w:rPr>
        <w:t>Dear _____________________________________________________,</w:t>
      </w:r>
    </w:p>
    <w:p/>
    <w:p>
      <w:r>
        <w:rPr>
          <w:b w:val="0"/>
          <w:sz w:val="20"/>
        </w:rPr>
        <w:t>I hereby submit my formal resignation from my position as _______________________________ at ________________________________, effective upon the expiration of the required notice period as set forth in my employment agreement or company policy. This letter serves as my official notice in accordance with United States labor laws and company regulations.</w:t>
      </w:r>
    </w:p>
    <w:p/>
    <w:p>
      <w:r>
        <w:rPr>
          <w:b/>
          <w:sz w:val="20"/>
        </w:rPr>
        <w:t>Notice Period:</w:t>
      </w:r>
    </w:p>
    <w:p>
      <w:r>
        <w:rPr>
          <w:b w:val="0"/>
          <w:sz w:val="20"/>
        </w:rPr>
        <w:t>In compliance with the terms of my employment contract, I will continue to fulfill all job responsibilities and duties during the notice period of _______________ (e.g., two weeks). My last working day will be _______________________________.</w:t>
      </w:r>
    </w:p>
    <w:p/>
    <w:p>
      <w:r>
        <w:rPr>
          <w:b/>
          <w:sz w:val="20"/>
        </w:rPr>
        <w:t>Transition and Handover:</w:t>
      </w:r>
    </w:p>
    <w:p>
      <w:r>
        <w:rPr>
          <w:b w:val="0"/>
          <w:sz w:val="20"/>
        </w:rPr>
        <w:t>I am committed to ensuring a smooth transition and will assist in training or handing over my responsibilities to a designated colleague or successor. Please let me know how I can be of assistance during this period.</w:t>
      </w:r>
    </w:p>
    <w:p/>
    <w:p>
      <w:r>
        <w:rPr>
          <w:b/>
          <w:sz w:val="20"/>
        </w:rPr>
        <w:t>Gratitude:</w:t>
      </w:r>
    </w:p>
    <w:p>
      <w:r>
        <w:rPr>
          <w:b w:val="0"/>
          <w:sz w:val="20"/>
        </w:rPr>
        <w:t>I would like to express my sincere appreciation for the opportunities for professional and personal development that I have experienced during my tenure at ____________________________. I value the support and collaboration I have received from management and my colleagues.</w:t>
      </w:r>
    </w:p>
    <w:p/>
    <w:p>
      <w:r>
        <w:rPr>
          <w:b w:val="0"/>
          <w:sz w:val="20"/>
        </w:rPr>
        <w:t>Please consider this letter as the official notice of my resignation, and kindly confirm receipt at your earliest convenience. Should you require any additional information or formalities to be completed, please inform me promptly.</w:t>
      </w:r>
    </w:p>
    <w:p/>
    <w:p/>
    <w:p>
      <w:r>
        <w:rPr>
          <w:b w:val="0"/>
          <w:sz w:val="20"/>
        </w:rPr>
        <w:t>Sincerely,</w:t>
      </w:r>
    </w:p>
    <w:p/>
    <w:p/>
    <w:p/>
    <w:p/>
    <w:p>
      <w:r>
        <w:rPr>
          <w:b w:val="0"/>
          <w:sz w:val="20"/>
        </w:rPr>
        <w:t>__________________________________________</w:t>
      </w:r>
    </w:p>
    <w:p>
      <w:r>
        <w:rPr>
          <w:b w:val="0"/>
          <w:sz w:val="20"/>
        </w:rPr>
        <w:t>Signature</w:t>
      </w:r>
    </w:p>
    <w:p/>
    <w:p>
      <w:r>
        <w:rPr>
          <w:b w:val="0"/>
          <w:sz w:val="20"/>
        </w:rPr>
        <w:t>__________________________________________</w:t>
      </w:r>
    </w:p>
    <w:p>
      <w:r>
        <w:rPr>
          <w:b w:val="0"/>
          <w:sz w:val="20"/>
        </w:rPr>
        <w:t>Printed Name</w:t>
      </w:r>
    </w:p>
    <w:p/>
    <w:p/>
    <w:p>
      <w:r>
        <w:rPr>
          <w:b w:val="0"/>
          <w:sz w:val="20"/>
        </w:rPr>
        <w:t>Date: ________________________________________________________________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Employee</w:t>
            </w:r>
          </w:p>
        </w:tc>
        <w:tc>
          <w:tcPr>
            <w:tcW w:type="dxa" w:w="4986"/>
            <w:tcBorders>
              <w:top w:val="nil"/>
              <w:left w:val="nil"/>
              <w:bottom w:val="nil"/>
              <w:right w:val="nil"/>
              <w:insideH w:val="nil"/>
              <w:insideV w:val="nil"/>
            </w:tcBorders>
          </w:tcPr>
          <w:p>
            <w:pPr>
              <w:jc w:val="center"/>
            </w:pPr>
            <w:r>
              <w:t>Employer / HR Representative</w:t>
            </w:r>
          </w:p>
        </w:tc>
      </w:tr>
      <w:tr>
        <w:tc>
          <w:tcPr>
            <w:tcW w:type="dxa" w:w="4986"/>
            <w:tcBorders>
              <w:top w:val="nil"/>
              <w:left w:val="nil"/>
              <w:bottom w:val="nil"/>
              <w:right w:val="nil"/>
              <w:insideH w:val="nil"/>
              <w:insideV w:val="nil"/>
            </w:tcBorders>
          </w:tcPr>
          <w:p>
            <w:pPr>
              <w:jc w:val="center"/>
            </w:pPr>
            <w:r>
              <w:br/>
              <w:br/>
              <w:t>Signature: ____________________________</w:t>
            </w:r>
          </w:p>
        </w:tc>
        <w:tc>
          <w:tcPr>
            <w:tcW w:type="dxa" w:w="4986"/>
            <w:tcBorders>
              <w:top w:val="nil"/>
              <w:left w:val="nil"/>
              <w:bottom w:val="nil"/>
              <w:right w:val="nil"/>
              <w:insideH w:val="nil"/>
              <w:insideV w:val="nil"/>
            </w:tcBorders>
          </w:tcPr>
          <w:p>
            <w:pPr>
              <w:jc w:val="center"/>
            </w:pPr>
            <w:r>
              <w:br/>
              <w:br/>
              <w:t>Signature: ____________________________</w:t>
            </w:r>
          </w:p>
        </w:tc>
      </w:tr>
      <w:tr>
        <w:tc>
          <w:tcPr>
            <w:tcW w:type="dxa" w:w="4986"/>
            <w:tcBorders>
              <w:top w:val="nil"/>
              <w:left w:val="nil"/>
              <w:bottom w:val="nil"/>
              <w:right w:val="nil"/>
              <w:insideH w:val="nil"/>
              <w:insideV w:val="nil"/>
            </w:tcBorders>
          </w:tcPr>
          <w:p>
            <w:pPr>
              <w:jc w:val="center"/>
            </w:pPr>
            <w:r>
              <w:t>Name: ________________________________</w:t>
              <w:br/>
              <w:t>Date: _____________________</w:t>
            </w:r>
          </w:p>
        </w:tc>
        <w:tc>
          <w:tcPr>
            <w:tcW w:type="dxa" w:w="4986"/>
            <w:tcBorders>
              <w:top w:val="nil"/>
              <w:left w:val="nil"/>
              <w:bottom w:val="nil"/>
              <w:right w:val="nil"/>
              <w:insideH w:val="nil"/>
              <w:insideV w:val="nil"/>
            </w:tcBorders>
          </w:tcPr>
          <w:p>
            <w:pPr>
              <w:jc w:val="center"/>
            </w:pPr>
            <w:r>
              <w:t>Name: ________________________________</w:t>
              <w:br/>
              <w:t>Date: 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https://letter247-us.com/notice-of-resignation-letter/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notice-of-resignation-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