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NOTARIZED LETTER OF CONSENT FOR CHILD TRAVEL</w:t>
      </w:r>
    </w:p>
    <w:p/>
    <w:p/>
    <w:p>
      <w:r>
        <w:rPr>
          <w:b w:val="0"/>
          <w:sz w:val="20"/>
        </w:rPr>
        <w:t>I, the undersigned, hereby declare that I am the lawful parent/legal guardian of the minor child named below and grant my consent for the child to travel internationally as detailed within this letter.</w:t>
      </w:r>
    </w:p>
    <w:p/>
    <w:p>
      <w:r>
        <w:rPr>
          <w:b/>
          <w:sz w:val="20"/>
        </w:rPr>
        <w:t>CHILD'S INFORMATION:</w:t>
      </w:r>
    </w:p>
    <w:p>
      <w:r>
        <w:rPr>
          <w:b w:val="0"/>
          <w:sz w:val="20"/>
        </w:rPr>
        <w:t>Full Name: ____________________________________________________________</w:t>
      </w:r>
    </w:p>
    <w:p>
      <w:r>
        <w:rPr>
          <w:b w:val="0"/>
          <w:sz w:val="20"/>
        </w:rPr>
        <w:t>Date of Birth: _________________________________________________________</w:t>
      </w:r>
    </w:p>
    <w:p>
      <w:r>
        <w:rPr>
          <w:b w:val="0"/>
          <w:sz w:val="20"/>
        </w:rPr>
        <w:t>Place of Birth: ________________________________________________________</w:t>
      </w:r>
    </w:p>
    <w:p>
      <w:r>
        <w:rPr>
          <w:b w:val="0"/>
          <w:sz w:val="20"/>
        </w:rPr>
        <w:t>Passport Number: ______________________________________________________</w:t>
      </w:r>
    </w:p>
    <w:p>
      <w:r>
        <w:rPr>
          <w:b w:val="0"/>
          <w:sz w:val="20"/>
        </w:rPr>
        <w:t>Issuing Country: ______________________________________________________</w:t>
      </w:r>
    </w:p>
    <w:p/>
    <w:p>
      <w:r>
        <w:rPr>
          <w:b/>
          <w:sz w:val="20"/>
        </w:rPr>
        <w:t>PARENT/LEGAL GUARDIAN INFORMATION:</w:t>
      </w:r>
    </w:p>
    <w:p>
      <w:r>
        <w:rPr>
          <w:b w:val="0"/>
          <w:sz w:val="20"/>
        </w:rPr>
        <w:t>Full Name: ____________________________________________________________</w:t>
      </w:r>
    </w:p>
    <w:p>
      <w:r>
        <w:rPr>
          <w:b w:val="0"/>
          <w:sz w:val="20"/>
        </w:rPr>
        <w:t>Relationship to Child: _________________________________________________</w:t>
      </w:r>
    </w:p>
    <w:p>
      <w:r>
        <w:rPr>
          <w:b w:val="0"/>
          <w:sz w:val="20"/>
        </w:rPr>
        <w:t>Address: ______________________________________________________________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r>
        <w:rPr>
          <w:b/>
          <w:sz w:val="20"/>
        </w:rPr>
        <w:t>ACCOMPANYING PERSON(S) INFORMATION:</w:t>
      </w:r>
    </w:p>
    <w:p>
      <w:r>
        <w:rPr>
          <w:b w:val="0"/>
          <w:sz w:val="20"/>
        </w:rPr>
        <w:t>Full Name(s): _________________________________________________________</w:t>
      </w:r>
    </w:p>
    <w:p>
      <w:r>
        <w:rPr>
          <w:b w:val="0"/>
          <w:sz w:val="20"/>
        </w:rPr>
        <w:t>Relationship(s) to Child: ______________________________________________</w:t>
      </w:r>
    </w:p>
    <w:p>
      <w:r>
        <w:rPr>
          <w:b w:val="0"/>
          <w:sz w:val="20"/>
        </w:rPr>
        <w:t>Phone Number(s): ______________________________________________________</w:t>
      </w:r>
    </w:p>
    <w:p>
      <w:r>
        <w:rPr>
          <w:b w:val="0"/>
          <w:sz w:val="20"/>
        </w:rPr>
        <w:t>Address(es): __________________________________________________________</w:t>
      </w:r>
    </w:p>
    <w:p/>
    <w:p>
      <w:r>
        <w:rPr>
          <w:b/>
          <w:sz w:val="20"/>
        </w:rPr>
        <w:t>TRAVEL DETAILS:</w:t>
      </w:r>
    </w:p>
    <w:p>
      <w:r>
        <w:rPr>
          <w:b w:val="0"/>
          <w:sz w:val="20"/>
        </w:rPr>
        <w:t>Destination Country/Countries: __________________________________________</w:t>
      </w:r>
    </w:p>
    <w:p>
      <w:r>
        <w:rPr>
          <w:b w:val="0"/>
          <w:sz w:val="20"/>
        </w:rPr>
        <w:t>Departure Airport(s) / Location(s): _____________________________________</w:t>
      </w:r>
    </w:p>
    <w:p>
      <w:r>
        <w:rPr>
          <w:b w:val="0"/>
          <w:sz w:val="20"/>
        </w:rPr>
        <w:t>Arrival Airport(s) / Location(s): _______________________________________</w:t>
      </w:r>
    </w:p>
    <w:p>
      <w:r>
        <w:rPr>
          <w:b w:val="0"/>
          <w:sz w:val="20"/>
        </w:rPr>
        <w:t>Travel Dates (Departure and Return): ___________________________________</w:t>
      </w:r>
    </w:p>
    <w:p/>
    <w:p>
      <w:r>
        <w:rPr>
          <w:b/>
          <w:sz w:val="20"/>
        </w:rPr>
        <w:t>PURPOSE OF TRAVEL:</w:t>
      </w:r>
    </w:p>
    <w:p>
      <w:r>
        <w:rPr>
          <w:b w:val="0"/>
          <w:sz w:val="20"/>
        </w:rPr>
        <w:t>_______________________________________________________________________</w:t>
      </w:r>
    </w:p>
    <w:p>
      <w:r>
        <w:rPr>
          <w:b w:val="0"/>
          <w:sz w:val="20"/>
        </w:rPr>
        <w:t>_______________________________________________________________________</w:t>
      </w:r>
    </w:p>
    <w:p/>
    <w:p>
      <w:r>
        <w:rPr>
          <w:b/>
          <w:sz w:val="20"/>
        </w:rPr>
        <w:t>AUTHORIZATION:</w:t>
      </w:r>
    </w:p>
    <w:p>
      <w:r>
        <w:rPr>
          <w:b w:val="0"/>
          <w:sz w:val="20"/>
        </w:rPr>
        <w:t>I hereby authorize the accompanying person(s) named above to act on my behalf for the care, custody, and control of the minor child during travel, including but not limited to making decisions concerning medical treatment, emergency situations, and other related matters.</w:t>
      </w:r>
    </w:p>
    <w:p/>
    <w:p>
      <w:r>
        <w:rPr>
          <w:b/>
          <w:sz w:val="20"/>
        </w:rPr>
        <w:t>LEGAL COMPLIANCE:</w:t>
      </w:r>
    </w:p>
    <w:p>
      <w:r>
        <w:rPr>
          <w:b w:val="0"/>
          <w:sz w:val="20"/>
        </w:rPr>
        <w:t>This letter complies with all United States laws and regulations regarding the international travel of minors. It is intended to be used as evidence of parental consent to travel and to enable border, immigration, airline, and other authorities to allow the minor child to travel with the accompanying person(s).</w:t>
      </w:r>
    </w:p>
    <w:p/>
    <w:p>
      <w:r>
        <w:rPr>
          <w:b/>
          <w:sz w:val="20"/>
        </w:rPr>
        <w:t>NOTARIZATION:</w:t>
      </w:r>
    </w:p>
    <w:p>
      <w:r>
        <w:rPr>
          <w:b w:val="0"/>
          <w:sz w:val="20"/>
        </w:rPr>
        <w:t>This letter must be signed in the presence of a Notary Public. The Notary Public shall verify the identity of the undersigned and affix their official seal and signature below to attest to the authenticity of this document.</w:t>
      </w:r>
    </w:p>
    <w:p/>
    <w:p/>
    <w:p>
      <w:r>
        <w:rPr>
          <w:b/>
          <w:sz w:val="20"/>
        </w:rPr>
        <w:t>SIGNATURES:</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PARENT / LEGAL GUARDIAN</w:t>
            </w:r>
          </w:p>
        </w:tc>
        <w:tc>
          <w:tcPr>
            <w:tcW w:type="dxa" w:w="4986"/>
            <w:tcBorders>
              <w:top w:val="nil"/>
              <w:left w:val="nil"/>
              <w:bottom w:val="nil"/>
              <w:right w:val="nil"/>
              <w:insideH w:val="nil"/>
              <w:insideV w:val="nil"/>
            </w:tcBorders>
          </w:tcPr>
          <w:p>
            <w:pPr>
              <w:jc w:val="center"/>
            </w:pPr>
            <w:r>
              <w:t>NOTARY PUBLIC</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________________________</w:t>
            </w:r>
          </w:p>
        </w:tc>
        <w:tc>
          <w:tcPr>
            <w:tcW w:type="dxa" w:w="4986"/>
            <w:tcBorders>
              <w:top w:val="nil"/>
              <w:left w:val="nil"/>
              <w:bottom w:val="nil"/>
              <w:right w:val="nil"/>
              <w:insideH w:val="nil"/>
              <w:insideV w:val="nil"/>
            </w:tcBorders>
          </w:tcPr>
          <w:p>
            <w:pPr>
              <w:jc w:val="center"/>
            </w:pPr>
            <w:r>
              <w:t>Printed Name: ________________________</w:t>
            </w:r>
          </w:p>
        </w:tc>
      </w:tr>
      <w:tr>
        <w:tc>
          <w:tcPr>
            <w:tcW w:type="dxa" w:w="4986"/>
            <w:tcBorders>
              <w:top w:val="nil"/>
              <w:left w:val="nil"/>
              <w:bottom w:val="nil"/>
              <w:right w:val="nil"/>
              <w:insideH w:val="nil"/>
              <w:insideV w:val="nil"/>
            </w:tcBorders>
          </w:tcPr>
          <w:p>
            <w:pPr>
              <w:jc w:val="center"/>
            </w:pPr>
            <w:r>
              <w:t>Date: _______________________________</w:t>
            </w:r>
          </w:p>
        </w:tc>
        <w:tc>
          <w:tcPr>
            <w:tcW w:type="dxa" w:w="4986"/>
            <w:tcBorders>
              <w:top w:val="nil"/>
              <w:left w:val="nil"/>
              <w:bottom w:val="nil"/>
              <w:right w:val="nil"/>
              <w:insideH w:val="nil"/>
              <w:insideV w:val="nil"/>
            </w:tcBorders>
          </w:tcPr>
          <w:p>
            <w:pPr>
              <w:jc w:val="center"/>
            </w:pPr>
            <w:r>
              <w:t>Official Seal / Stamp: ________________</w:t>
            </w:r>
          </w:p>
        </w:tc>
      </w:tr>
    </w:tbl>
    <w:p/>
    <w:p/>
    <w:p>
      <w:r>
        <w:rPr>
          <w:b/>
          <w:sz w:val="20"/>
        </w:rPr>
        <w:t>DISCLAIMER:</w:t>
      </w:r>
    </w:p>
    <w:p>
      <w:r>
        <w:rPr>
          <w:b w:val="0"/>
          <w:sz w:val="20"/>
        </w:rPr>
        <w:t>This document does not substitute for any additional requirements imposed by airlines, immigration authorities, or the destination country. It is the responsibility of the parent/legal guardian and accompanying person(s) to verify and comply with all applicable regulations.</w:t>
      </w:r>
    </w:p>
    <w:p/>
    <w:p>
      <w:r>
        <w:rPr>
          <w:b w:val="0"/>
          <w:sz w:val="20"/>
        </w:rPr>
        <w:t>By signing below, I affirm that all information provided herein is true and accurate to the best of my knowledge and that I understand the legal implications of this notarized consent letter under United States law.</w:t>
      </w:r>
    </w:p>
    <w:p/>
    <w:p/>
    <w:p>
      <w:r>
        <w:rPr>
          <w:b w:val="0"/>
          <w:sz w:val="20"/>
        </w:rPr>
        <w:t>Parent/Legal Guardian Signature: ________________________________</w:t>
      </w:r>
    </w:p>
    <w:p>
      <w:r>
        <w:rPr>
          <w:b w:val="0"/>
          <w:sz w:val="20"/>
        </w:rPr>
        <w:t>Date: ________________________________</w:t>
      </w:r>
    </w:p>
    <w:p/>
    <w:p/>
    <w:p/>
    <w:p>
      <w:r>
        <w:br w:type="page"/>
      </w:r>
    </w:p>
    <w:p>
      <w:pPr>
        <w:jc w:val="center"/>
      </w:pPr>
      <w:r>
        <w:rPr>
          <w:color w:val="555555"/>
          <w:sz w:val="24"/>
        </w:rPr>
        <w:t>Original source of this document:</w:t>
      </w:r>
    </w:p>
    <w:p>
      <w:pPr>
        <w:jc w:val="center"/>
      </w:pPr>
      <w:hyperlink r:id="rId9">
        <w:r>
          <w:rPr>
            <w:color w:val="0000FF"/>
            <w:u w:val="single"/>
          </w:rPr>
          <w:t>https://letter247-us.com/notarized-letter-for-child-travel/</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notarized-letter-for-child-travel/"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