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OF NON-RENEWAL OF LEASE AGREEMENT</w:t>
      </w:r>
    </w:p>
    <w:p/>
    <w:p/>
    <w:p>
      <w:r>
        <w:rPr>
          <w:b/>
          <w:sz w:val="20"/>
        </w:rPr>
        <w:t>From (Tenant):</w:t>
      </w:r>
    </w:p>
    <w:p>
      <w:r>
        <w:rPr>
          <w:b w:val="0"/>
          <w:sz w:val="20"/>
        </w:rPr>
        <w:t>Full Name: ____________________________________________________________</w:t>
      </w:r>
    </w:p>
    <w:p>
      <w:r>
        <w:rPr>
          <w:b w:val="0"/>
          <w:sz w:val="20"/>
        </w:rPr>
        <w:t>Current Address: 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To (Landlord):</w:t>
      </w:r>
    </w:p>
    <w:p>
      <w:r>
        <w:rPr>
          <w:b w:val="0"/>
          <w:sz w:val="20"/>
        </w:rPr>
        <w:t>Full Name / Entity: 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sz w:val="20"/>
        </w:rPr>
        <w:t>Subject: Notice of Non-Renewal of Lease Agreement</w:t>
      </w:r>
    </w:p>
    <w:p/>
    <w:p/>
    <w:p>
      <w:r>
        <w:rPr>
          <w:b/>
          <w:sz w:val="20"/>
        </w:rPr>
        <w:t>Dear Landlord,</w:t>
      </w:r>
    </w:p>
    <w:p/>
    <w:p>
      <w:r>
        <w:rPr>
          <w:b w:val="0"/>
          <w:sz w:val="20"/>
        </w:rPr>
        <w:t>This letter serves as formal notice that I, the undersigned Tenant, do not intend to renew the Lease Agreement for the premises located at the address stated above. This notice is provided in accordance with the terms of the Lease Agreement and applicable state and local laws.</w:t>
      </w:r>
    </w:p>
    <w:p/>
    <w:p>
      <w:r>
        <w:rPr>
          <w:b w:val="0"/>
          <w:sz w:val="20"/>
        </w:rPr>
        <w:t>The Lease Agreement, originally executed on ____________________________, is set to expire on ____________________________. As such, I intend to vacate the premises on or before the lease expiration date. Please consider this letter as my official notification of non-renewal, and my commitment to surrender possession of the rental unit by the end of the lease term.</w:t>
      </w:r>
    </w:p>
    <w:p/>
    <w:p>
      <w:r>
        <w:rPr>
          <w:b w:val="0"/>
          <w:sz w:val="20"/>
        </w:rPr>
        <w:t>I will ensure that the premises are returned in a clean and undamaged condition, reasonable wear and tear excepted, and in compliance with all move-out requirements set forth in the Lease Agreement. I am available to schedule a move-out inspection at a mutually convenient time prior to vacating the premises.</w:t>
      </w:r>
    </w:p>
    <w:p/>
    <w:p>
      <w:r>
        <w:rPr>
          <w:b w:val="0"/>
          <w:sz w:val="20"/>
        </w:rPr>
        <w:t>Please provide instructions regarding the return of keys, forwarding address for security deposit refund, and any other final steps required on my part to complete the termination of the tenancy.</w:t>
      </w:r>
    </w:p>
    <w:p/>
    <w:p>
      <w:r>
        <w:rPr>
          <w:b w:val="0"/>
          <w:sz w:val="20"/>
        </w:rPr>
        <w:t>Thank you for your cooperation and assistance throughout the tenancy. Should you require any additional information or have questions, please feel free to contact me using the information provided above.</w:t>
      </w:r>
    </w:p>
    <w:p/>
    <w:p/>
    <w:p>
      <w:r>
        <w:rPr>
          <w:b/>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Tenant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____________________________________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r>
        <w:tc>
          <w:tcPr>
            <w:tcW w:type="dxa" w:w="4986"/>
            <w:tcBorders>
              <w:top w:val="nil"/>
              <w:left w:val="nil"/>
              <w:bottom w:val="nil"/>
              <w:right w:val="nil"/>
              <w:insideH w:val="nil"/>
              <w:insideV w:val="nil"/>
            </w:tcBorders>
          </w:tcPr>
          <w:p>
            <w:pPr>
              <w:jc w:val="center"/>
            </w:pPr>
            <w:r>
              <w:t>Print Name: ________________________________________________</w:t>
            </w:r>
          </w:p>
        </w:tc>
        <w:tc>
          <w:tcPr>
            <w:tcW w:type="dxa" w:w="4986"/>
            <w:tcBorders>
              <w:top w:val="nil"/>
              <w:left w:val="nil"/>
              <w:bottom w:val="nil"/>
              <w:right w:val="nil"/>
              <w:insideH w:val="nil"/>
              <w:insideV w:val="nil"/>
            </w:tcBorders>
          </w:tcPr>
          <w:p>
            <w:pPr>
              <w:jc w:val="center"/>
            </w:pPr>
            <w:r/>
          </w:p>
        </w:tc>
      </w:tr>
    </w:tbl>
    <w:p/>
    <w:p/>
    <w:p>
      <w:r>
        <w:rPr>
          <w:b/>
          <w:sz w:val="22"/>
        </w:rPr>
        <w:t>Additional Terms and Notices</w:t>
      </w:r>
    </w:p>
    <w:p>
      <w:r>
        <w:rPr>
          <w:b w:val="0"/>
          <w:sz w:val="20"/>
        </w:rPr>
        <w:t>1. This Notice is given pursuant to the Lease Agreement and all applicable statutes governing landlord-tenant relationships in the United States.</w:t>
      </w:r>
    </w:p>
    <w:p/>
    <w:p>
      <w:r>
        <w:rPr>
          <w:b w:val="0"/>
          <w:sz w:val="20"/>
        </w:rPr>
        <w:t>2. Tenant acknowledges responsibility to pay all rent and charges due through the end of the Lease term and to comply with all Lease obligations until possession is surrendered.</w:t>
      </w:r>
    </w:p>
    <w:p/>
    <w:p>
      <w:r>
        <w:rPr>
          <w:b w:val="0"/>
          <w:sz w:val="20"/>
        </w:rPr>
        <w:t>3. Landlord agrees to return the security deposit in accordance with state law, subject to lawful deductions for damages beyond normal wear and tear.</w:t>
      </w:r>
    </w:p>
    <w:p/>
    <w:p>
      <w:r>
        <w:rPr>
          <w:b w:val="0"/>
          <w:sz w:val="20"/>
        </w:rPr>
        <w:t>4. This Notice does not waive any rights or remedies available to either party under the Lease Agreement or applicable law.</w:t>
      </w:r>
    </w:p>
    <w:p/>
    <w:p>
      <w:r>
        <w:rPr>
          <w:b w:val="0"/>
          <w:sz w:val="20"/>
        </w:rPr>
        <w:t>5. Both parties agree to cooperate in good faith to ensure a smooth and peaceful termination of the tenancy.</w:t>
      </w:r>
    </w:p>
    <w:p/>
    <w:p/>
    <w:p>
      <w:r>
        <w:rPr>
          <w:b w:val="0"/>
          <w:sz w:val="20"/>
        </w:rPr>
        <w:t>Tenant acknowledges having read and understood the terms of this Notice.</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Tenant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____________________________________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r>
        <w:tc>
          <w:tcPr>
            <w:tcW w:type="dxa" w:w="4986"/>
            <w:tcBorders>
              <w:top w:val="nil"/>
              <w:left w:val="nil"/>
              <w:bottom w:val="nil"/>
              <w:right w:val="nil"/>
              <w:insideH w:val="nil"/>
              <w:insideV w:val="nil"/>
            </w:tcBorders>
          </w:tcPr>
          <w:p>
            <w:pPr>
              <w:jc w:val="center"/>
            </w:pPr>
            <w:r>
              <w:t>Print Name: ________________________________________________</w:t>
            </w:r>
          </w:p>
        </w:tc>
        <w:tc>
          <w:tcPr>
            <w:tcW w:type="dxa" w:w="4986"/>
            <w:tcBorders>
              <w:top w:val="nil"/>
              <w:left w:val="nil"/>
              <w:bottom w:val="nil"/>
              <w:right w:val="nil"/>
              <w:insideH w:val="nil"/>
              <w:insideV w:val="nil"/>
            </w:tcBorders>
          </w:tcPr>
          <w:p>
            <w:pPr>
              <w:jc w:val="center"/>
            </w:pPr>
            <w:r/>
          </w:p>
        </w:tc>
      </w:tr>
    </w:tbl>
    <w:p>
      <w:r>
        <w:br w:type="page"/>
      </w:r>
    </w:p>
    <w:p>
      <w:pPr>
        <w:jc w:val="center"/>
      </w:pPr>
      <w:r>
        <w:rPr>
          <w:color w:val="555555"/>
          <w:sz w:val="24"/>
        </w:rPr>
        <w:t>Original source of this document:</w:t>
      </w:r>
    </w:p>
    <w:p>
      <w:pPr>
        <w:jc w:val="center"/>
      </w:pPr>
      <w:hyperlink r:id="rId9">
        <w:r>
          <w:rPr>
            <w:color w:val="0000FF"/>
            <w:u w:val="single"/>
          </w:rPr>
          <w:t>https://letter247-us.com/not-renewing-lease-letter-to-landlord/</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not-renewing-lease-letter-to-landlord/"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