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RESIGNATION LETTER</w:t>
      </w:r>
    </w:p>
    <w:p/>
    <w:p/>
    <w:p>
      <w:r>
        <w:rPr>
          <w:b/>
          <w:sz w:val="20"/>
        </w:rPr>
        <w:t>To:</w:t>
      </w:r>
    </w:p>
    <w:p>
      <w:r>
        <w:rPr>
          <w:b w:val="0"/>
          <w:sz w:val="20"/>
        </w:rPr>
        <w:t>Human Resources Department</w:t>
      </w:r>
    </w:p>
    <w:p>
      <w:r>
        <w:rPr>
          <w:b w:val="0"/>
          <w:sz w:val="20"/>
        </w:rPr>
        <w:t>[Company Name]</w:t>
      </w:r>
    </w:p>
    <w:p>
      <w:r>
        <w:rPr>
          <w:b w:val="0"/>
          <w:sz w:val="20"/>
        </w:rPr>
        <w:t>[Company Address]</w:t>
      </w:r>
    </w:p>
    <w:p/>
    <w:p>
      <w:r>
        <w:rPr>
          <w:b w:val="0"/>
          <w:sz w:val="20"/>
        </w:rPr>
        <w:t>Dear [Manager's Name],</w:t>
      </w:r>
    </w:p>
    <w:p/>
    <w:p>
      <w:r>
        <w:rPr>
          <w:b w:val="0"/>
          <w:sz w:val="20"/>
        </w:rPr>
        <w:t>I am writing to formally announce my resignation from my position as [Your Job Title] at [Company Name].</w:t>
      </w:r>
    </w:p>
    <w:p/>
    <w:p>
      <w:r>
        <w:rPr>
          <w:b w:val="0"/>
          <w:sz w:val="20"/>
        </w:rPr>
        <w:t>This decision was reached after careful consideration, and it is made with the utmost respect and appreciation for the opportunities I have been given during my tenure with the company.</w:t>
      </w:r>
    </w:p>
    <w:p/>
    <w:p>
      <w:r>
        <w:rPr>
          <w:b w:val="0"/>
          <w:sz w:val="20"/>
        </w:rPr>
        <w:t>In accordance with company policy and to ensure a smooth transition, I am providing this letter as my official notice of resignation. I am committed to fulfilling all my responsibilities and assisting in the handover of my duties during the required notice period.</w:t>
      </w:r>
    </w:p>
    <w:p/>
    <w:p>
      <w:r>
        <w:rPr>
          <w:b w:val="0"/>
          <w:sz w:val="20"/>
        </w:rPr>
        <w:t>I would like to express my sincere gratitude for the support, guidance, and opportunities for professional and personal growth that I have experienced while working at [Company Name]. It has been a privilege to be part of such a dedicated team.</w:t>
      </w:r>
    </w:p>
    <w:p/>
    <w:p>
      <w:r>
        <w:rPr>
          <w:b w:val="0"/>
          <w:sz w:val="20"/>
        </w:rPr>
        <w:t>Please let me know how I can assist in ensuring a seamless transition, including training my replacement or preparing necessary documentation.</w:t>
      </w:r>
    </w:p>
    <w:p/>
    <w:p>
      <w:r>
        <w:rPr>
          <w:b w:val="0"/>
          <w:sz w:val="20"/>
        </w:rPr>
        <w:t>Thank you once again for the opportunity to contribute to [Company Name]. I look forward to staying in touch and wish the company continued success.</w:t>
      </w:r>
    </w:p>
    <w:p/>
    <w:p/>
    <w:p>
      <w:r>
        <w:rPr>
          <w:b w:val="0"/>
          <w:sz w:val="20"/>
        </w:rPr>
        <w:t>Sincerely,</w:t>
      </w:r>
    </w:p>
    <w:p/>
    <w:p/>
    <w:p/>
    <w:p>
      <w:r>
        <w:rPr>
          <w:b w:val="0"/>
          <w:sz w:val="20"/>
        </w:rPr>
        <w:t>[Your Full Name]</w:t>
      </w:r>
    </w:p>
    <w:p>
      <w:r>
        <w:rPr>
          <w:b w:val="0"/>
          <w:sz w:val="20"/>
        </w:rPr>
        <w:t>[Your Job Title]</w:t>
      </w:r>
    </w:p>
    <w:p>
      <w:r>
        <w:rPr>
          <w:b w:val="0"/>
          <w:sz w:val="20"/>
        </w:rPr>
        <w:t>[Your Contact Information]</w:t>
      </w:r>
    </w:p>
    <w:p/>
    <w:p/>
    <w:p>
      <w:r>
        <w:rPr>
          <w:b w:val="0"/>
          <w:sz w:val="20"/>
        </w:rPr>
        <w:t>Date: 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Employee Signature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Manager Signature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 source of this document: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https://letter247-us.com/nice-resignation-letter/</w:t>
        </w:r>
      </w:hyperlink>
    </w:p>
    <w:p>
      <w:pPr>
        <w:jc w:val="center"/>
      </w:pPr>
      <w:r>
        <w:rPr>
          <w:color w:val="555555"/>
          <w:sz w:val="26"/>
        </w:rPr>
        <w:t>Did you find this template helpful?</w:t>
      </w:r>
    </w:p>
    <w:p>
      <w:pPr>
        <w:jc w:val="center"/>
      </w:pPr>
      <w:r>
        <w:rPr>
          <w:color w:val="555555"/>
          <w:sz w:val="26"/>
        </w:rPr>
        <w:t>Find more updated templates at: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https://letter247-us.com</w:t>
        </w:r>
      </w:hyperlink>
    </w:p>
    <w:p>
      <w:pPr>
        <w:jc w:val="center"/>
      </w:pPr>
      <w:r>
        <w:rPr>
          <w:color w:val="808080"/>
          <w:sz w:val="20"/>
        </w:rPr>
        <w:t>This template is intended exclusively for personal, non-commercial use.</w:t>
        <w:br/>
        <w:t>If distributed or published, the source must be mentioned. © letter247-us.com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etter247-us.com/nice-resignation-letter/" TargetMode="External"/><Relationship Id="rId10" Type="http://schemas.openxmlformats.org/officeDocument/2006/relationships/hyperlink" Target="https://letter247-u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