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MOVE OUT NOTICE LETTER</w:t>
      </w:r>
    </w:p>
    <w:p/>
    <w:p/>
    <w:p>
      <w:r>
        <w:rPr>
          <w:b/>
          <w:sz w:val="20"/>
        </w:rPr>
        <w:t>Sender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City, State, ZIP: 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p>
      <w:r>
        <w:rPr>
          <w:b/>
          <w:sz w:val="20"/>
        </w:rPr>
        <w:t>Recipient Information:</w:t>
      </w:r>
    </w:p>
    <w:p>
      <w:r>
        <w:rPr>
          <w:b w:val="0"/>
          <w:sz w:val="20"/>
        </w:rPr>
        <w:t>Property Manager / Landlord Name: _____________________________________</w:t>
      </w:r>
    </w:p>
    <w:p>
      <w:r>
        <w:rPr>
          <w:b w:val="0"/>
          <w:sz w:val="20"/>
        </w:rPr>
        <w:t>Company Name (if applicable): __________________________________________</w:t>
      </w:r>
    </w:p>
    <w:p>
      <w:r>
        <w:rPr>
          <w:b w:val="0"/>
          <w:sz w:val="20"/>
        </w:rPr>
        <w:t>Address: ______________________________________________________________</w:t>
      </w:r>
    </w:p>
    <w:p>
      <w:r>
        <w:rPr>
          <w:b w:val="0"/>
          <w:sz w:val="20"/>
        </w:rPr>
        <w:t>City, State, ZIP: ______________________________________________________</w:t>
      </w:r>
    </w:p>
    <w:p/>
    <w:p/>
    <w:p>
      <w:r>
        <w:rPr>
          <w:b/>
          <w:sz w:val="20"/>
        </w:rPr>
        <w:t>Subject: Notice of Intent to Vacate Rental Property</w:t>
      </w:r>
    </w:p>
    <w:p/>
    <w:p/>
    <w:p>
      <w:r>
        <w:rPr>
          <w:b w:val="0"/>
          <w:sz w:val="20"/>
        </w:rPr>
        <w:t>Dear Landlord/Property Manager,</w:t>
      </w:r>
    </w:p>
    <w:p/>
    <w:p>
      <w:r>
        <w:rPr>
          <w:b w:val="0"/>
          <w:sz w:val="20"/>
        </w:rPr>
        <w:t>I am writing to formally notify you of my intent to vacate the rental property located at:</w:t>
      </w:r>
    </w:p>
    <w:p>
      <w:r>
        <w:rPr>
          <w:b w:val="0"/>
          <w:sz w:val="20"/>
        </w:rPr>
        <w:t>______________________________________________________________________________</w:t>
      </w:r>
    </w:p>
    <w:p>
      <w:r>
        <w:rPr>
          <w:b w:val="0"/>
          <w:sz w:val="20"/>
        </w:rPr>
        <w:t>This letter serves as my official move-out notice in accordance with the terms of the lease agreement and applicable state and federal laws.</w:t>
      </w:r>
    </w:p>
    <w:p/>
    <w:p>
      <w:r>
        <w:rPr>
          <w:b w:val="0"/>
          <w:sz w:val="20"/>
        </w:rPr>
        <w:t>I will surrender possession of the premises on or before the move-out date indicated below, thereby terminating the tenancy:</w:t>
      </w:r>
    </w:p>
    <w:p>
      <w:r>
        <w:rPr>
          <w:b/>
          <w:sz w:val="20"/>
        </w:rPr>
        <w:t>Move-Out Date: ___________________________________________________________</w:t>
      </w:r>
    </w:p>
    <w:p/>
    <w:p>
      <w:r>
        <w:rPr>
          <w:b/>
          <w:sz w:val="20"/>
        </w:rPr>
        <w:t>I understand and agree to comply with the following move-out responsibilities:</w:t>
      </w:r>
    </w:p>
    <w:p>
      <w:r>
        <w:rPr>
          <w:b/>
          <w:sz w:val="20"/>
        </w:rPr>
        <w:t>1. Rent Payment:</w:t>
      </w:r>
    </w:p>
    <w:p>
      <w:r>
        <w:rPr>
          <w:b w:val="0"/>
          <w:sz w:val="20"/>
        </w:rPr>
        <w:t xml:space="preserve">   I will pay all rent and any outstanding charges due through the move-out date.</w:t>
      </w:r>
    </w:p>
    <w:p/>
    <w:p>
      <w:r>
        <w:rPr>
          <w:b/>
          <w:sz w:val="20"/>
        </w:rPr>
        <w:t>2. Property Condition:</w:t>
      </w:r>
    </w:p>
    <w:p>
      <w:r>
        <w:rPr>
          <w:b w:val="0"/>
          <w:sz w:val="20"/>
        </w:rPr>
        <w:t xml:space="preserve">   I will return the rental unit in a clean and undamaged condition, reasonable wear and tear excepted.</w:t>
      </w:r>
    </w:p>
    <w:p/>
    <w:p>
      <w:r>
        <w:rPr>
          <w:b/>
          <w:sz w:val="20"/>
        </w:rPr>
        <w:t>3. Inspection and Security Deposit:</w:t>
      </w:r>
    </w:p>
    <w:p>
      <w:r>
        <w:rPr>
          <w:b w:val="0"/>
          <w:sz w:val="20"/>
        </w:rPr>
        <w:t xml:space="preserve">   I request a walkthrough inspection of the premises to be conducted with me on or before the move-out date. I understand that any deductions from my security deposit will be itemized and returned in compliance with applicable laws.</w:t>
      </w:r>
    </w:p>
    <w:p/>
    <w:p>
      <w:r>
        <w:rPr>
          <w:b/>
          <w:sz w:val="20"/>
        </w:rPr>
        <w:t>4. Return of Keys and Access Devices:</w:t>
      </w:r>
    </w:p>
    <w:p>
      <w:r>
        <w:rPr>
          <w:b w:val="0"/>
          <w:sz w:val="20"/>
        </w:rPr>
        <w:t xml:space="preserve">   I will return all keys, garage remotes, access cards, and other devices related to the property on or before the move-out date.</w:t>
      </w:r>
    </w:p>
    <w:p/>
    <w:p>
      <w:r>
        <w:rPr>
          <w:b/>
          <w:sz w:val="20"/>
        </w:rPr>
        <w:t>5. Forwarding Address:</w:t>
      </w:r>
    </w:p>
    <w:p>
      <w:r>
        <w:rPr>
          <w:b w:val="0"/>
          <w:sz w:val="20"/>
        </w:rPr>
        <w:t xml:space="preserve">   Please send any remaining security deposit refund and correspondence to the following forwarding address:</w:t>
      </w:r>
    </w:p>
    <w:p>
      <w:r>
        <w:rPr>
          <w:b w:val="0"/>
          <w:sz w:val="20"/>
        </w:rPr>
        <w:t xml:space="preserve">   __________________________________________________________________________</w:t>
      </w:r>
    </w:p>
    <w:p/>
    <w:p>
      <w:r>
        <w:rPr>
          <w:b w:val="0"/>
          <w:sz w:val="20"/>
        </w:rPr>
        <w:t>I appreciate your cooperation and assistance during my tenancy. Please contact me at the phone number or email address listed above to schedule the move-out inspection or if you require any additional information.</w:t>
      </w:r>
    </w:p>
    <w:p/>
    <w:p/>
    <w:p>
      <w:r>
        <w:rPr>
          <w:b w:val="0"/>
          <w:sz w:val="20"/>
        </w:rPr>
        <w:t>Sincerely,</w:t>
      </w:r>
    </w:p>
    <w:p/>
    <w:p/>
    <w:p/>
    <w:p/>
    <w:p>
      <w:r>
        <w:rPr>
          <w:b w:val="0"/>
          <w:sz w:val="20"/>
        </w:rPr>
        <w:t>_____________________________________</w:t>
      </w:r>
    </w:p>
    <w:p>
      <w:r>
        <w:rPr>
          <w:b w:val="0"/>
          <w:sz w:val="20"/>
        </w:rPr>
        <w:t>Tenant Signature</w:t>
      </w:r>
    </w:p>
    <w:p/>
    <w:p/>
    <w:p>
      <w:r>
        <w:rPr>
          <w:b w:val="0"/>
          <w:sz w:val="20"/>
        </w:rPr>
        <w:t>_____________________________________</w:t>
      </w:r>
    </w:p>
    <w:p>
      <w:r>
        <w:rPr>
          <w:b w:val="0"/>
          <w:sz w:val="20"/>
        </w:rPr>
        <w:t>Printed Name</w:t>
      </w:r>
    </w:p>
    <w:p/>
    <w:p/>
    <w:p>
      <w:r>
        <w:rPr>
          <w:b/>
          <w:sz w:val="20"/>
        </w:rPr>
        <w:t>Landlord/Property Manager Receipt of Notice:</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Received By</w:t>
            </w:r>
          </w:p>
        </w:tc>
        <w:tc>
          <w:tcPr>
            <w:tcW w:type="dxa" w:w="4986"/>
            <w:tcBorders>
              <w:top w:val="nil"/>
              <w:left w:val="nil"/>
              <w:bottom w:val="nil"/>
              <w:right w:val="nil"/>
              <w:insideH w:val="nil"/>
              <w:insideV w:val="nil"/>
            </w:tcBorders>
          </w:tcPr>
          <w:p>
            <w:pPr>
              <w:jc w:val="center"/>
            </w:pPr>
            <w:r>
              <w:t>Date Received</w:t>
            </w:r>
          </w:p>
        </w:tc>
      </w:tr>
      <w:tr>
        <w:tc>
          <w:tcPr>
            <w:tcW w:type="dxa" w:w="4986"/>
            <w:tcBorders>
              <w:top w:val="nil"/>
              <w:left w:val="nil"/>
              <w:bottom w:val="nil"/>
              <w:right w:val="nil"/>
              <w:insideH w:val="nil"/>
              <w:insideV w:val="nil"/>
            </w:tcBorders>
          </w:tcPr>
          <w:p>
            <w:pPr>
              <w:jc w:val="center"/>
            </w:pPr>
            <w:r>
              <w:t>_____________________________________</w:t>
            </w:r>
          </w:p>
        </w:tc>
        <w:tc>
          <w:tcPr>
            <w:tcW w:type="dxa" w:w="4986"/>
            <w:tcBorders>
              <w:top w:val="nil"/>
              <w:left w:val="nil"/>
              <w:bottom w:val="nil"/>
              <w:right w:val="nil"/>
              <w:insideH w:val="nil"/>
              <w:insideV w:val="nil"/>
            </w:tcBorders>
          </w:tcPr>
          <w:p>
            <w:pPr>
              <w:jc w:val="center"/>
            </w:pPr>
            <w:r>
              <w:t>________________________</w:t>
            </w:r>
          </w:p>
        </w:tc>
      </w:tr>
      <w:tr>
        <w:tc>
          <w:tcPr>
            <w:tcW w:type="dxa" w:w="4986"/>
            <w:tcBorders>
              <w:top w:val="nil"/>
              <w:left w:val="nil"/>
              <w:bottom w:val="nil"/>
              <w:right w:val="nil"/>
              <w:insideH w:val="nil"/>
              <w:insideV w:val="nil"/>
            </w:tcBorders>
          </w:tcPr>
          <w:p>
            <w:pPr>
              <w:jc w:val="center"/>
            </w:pPr>
            <w:r>
              <w:t>Signature</w:t>
            </w:r>
          </w:p>
        </w:tc>
        <w:tc>
          <w:tcPr>
            <w:tcW w:type="dxa" w:w="4986"/>
            <w:tcBorders>
              <w:top w:val="nil"/>
              <w:left w:val="nil"/>
              <w:bottom w:val="nil"/>
              <w:right w:val="nil"/>
              <w:insideH w:val="nil"/>
              <w:insideV w:val="nil"/>
            </w:tcBorders>
          </w:tcPr>
          <w:p>
            <w:pPr>
              <w:jc w:val="center"/>
            </w:pPr>
            <w:r/>
          </w:p>
        </w:tc>
      </w:tr>
    </w:tbl>
    <w:p/>
    <w:p/>
    <w:p>
      <w:r>
        <w:rPr>
          <w:b/>
          <w:sz w:val="22"/>
        </w:rPr>
        <w:t>Important Legal Notice:</w:t>
      </w:r>
    </w:p>
    <w:p>
      <w:r>
        <w:rPr>
          <w:b w:val="0"/>
          <w:sz w:val="20"/>
        </w:rPr>
        <w:t>This notice is provided pursuant to the terms of your rental agreement and applicable federal, state, and local laws in the United States. Failure to provide proper notice may result in penalties or denial of return of your security deposit. It is your responsibility to ensure compliance with all relevant statutes, including but not limited to notice periods, property condition, and security deposit regulations.</w:t>
      </w:r>
    </w:p>
    <w:p/>
    <w:p>
      <w:r>
        <w:br w:type="page"/>
      </w:r>
    </w:p>
    <w:p>
      <w:pPr>
        <w:jc w:val="center"/>
      </w:pPr>
      <w:r>
        <w:rPr>
          <w:color w:val="555555"/>
          <w:sz w:val="24"/>
        </w:rPr>
        <w:t>Original source of this document:</w:t>
      </w:r>
    </w:p>
    <w:p>
      <w:pPr>
        <w:jc w:val="center"/>
      </w:pPr>
      <w:hyperlink r:id="rId9">
        <w:r>
          <w:rPr>
            <w:color w:val="0000FF"/>
            <w:u w:val="single"/>
          </w:rPr>
          <w:t>https://letter247-us.com/move-out-notice-letter/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move-out-notice-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