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MORTGAGE LOAN OFFER LETTER</w:t>
      </w:r>
    </w:p>
    <w:p/>
    <w:p>
      <w:r>
        <w:rPr>
          <w:b/>
          <w:sz w:val="20"/>
        </w:rPr>
        <w:t>Lender Information:</w:t>
      </w:r>
    </w:p>
    <w:p>
      <w:r>
        <w:rPr>
          <w:b w:val="0"/>
          <w:sz w:val="20"/>
        </w:rPr>
        <w:t>Name: ____________________________________________________________</w:t>
      </w:r>
    </w:p>
    <w:p>
      <w:r>
        <w:rPr>
          <w:b w:val="0"/>
          <w:sz w:val="20"/>
        </w:rPr>
        <w:t>Address: __________________________________________________________</w:t>
      </w:r>
    </w:p>
    <w:p>
      <w:r>
        <w:rPr>
          <w:b w:val="0"/>
          <w:sz w:val="20"/>
        </w:rPr>
        <w:t>Phone Number: _____________________________________________________</w:t>
      </w:r>
    </w:p>
    <w:p>
      <w:r>
        <w:rPr>
          <w:b w:val="0"/>
          <w:sz w:val="20"/>
        </w:rPr>
        <w:t>Email: ____________________________________________________________</w:t>
      </w:r>
    </w:p>
    <w:p/>
    <w:p>
      <w:r>
        <w:rPr>
          <w:b/>
          <w:sz w:val="20"/>
        </w:rPr>
        <w:t>Borrower Information:</w:t>
      </w:r>
    </w:p>
    <w:p>
      <w:r>
        <w:rPr>
          <w:b w:val="0"/>
          <w:sz w:val="20"/>
        </w:rPr>
        <w:t>Full Name(s): _____________________________________________________</w:t>
      </w:r>
    </w:p>
    <w:p>
      <w:r>
        <w:rPr>
          <w:b w:val="0"/>
          <w:sz w:val="20"/>
        </w:rPr>
        <w:t>Address: __________________________________________________________</w:t>
      </w:r>
    </w:p>
    <w:p>
      <w:r>
        <w:rPr>
          <w:b w:val="0"/>
          <w:sz w:val="20"/>
        </w:rPr>
        <w:t>Phone Number: _____________________________________________________</w:t>
      </w:r>
    </w:p>
    <w:p>
      <w:r>
        <w:rPr>
          <w:b w:val="0"/>
          <w:sz w:val="20"/>
        </w:rPr>
        <w:t>Email: ____________________________________________________________</w:t>
      </w:r>
    </w:p>
    <w:p/>
    <w:p>
      <w:r>
        <w:rPr>
          <w:b/>
          <w:sz w:val="20"/>
        </w:rPr>
        <w:t>Property Information:</w:t>
      </w:r>
    </w:p>
    <w:p>
      <w:r>
        <w:rPr>
          <w:b w:val="0"/>
          <w:sz w:val="20"/>
        </w:rPr>
        <w:t>Address of Property: _______________________________________________</w:t>
      </w:r>
    </w:p>
    <w:p>
      <w:r>
        <w:rPr>
          <w:b w:val="0"/>
          <w:sz w:val="20"/>
        </w:rPr>
        <w:t>Legal Description (if applicable): _________________________________</w:t>
      </w:r>
    </w:p>
    <w:p>
      <w:r>
        <w:rPr>
          <w:b w:val="0"/>
          <w:sz w:val="20"/>
        </w:rPr>
        <w:t>Type of Property: _________________________________________________</w:t>
      </w:r>
    </w:p>
    <w:p/>
    <w:p>
      <w:r>
        <w:rPr>
          <w:b/>
          <w:sz w:val="20"/>
        </w:rPr>
        <w:t>Loan Details:</w:t>
      </w:r>
    </w:p>
    <w:p>
      <w:r>
        <w:rPr>
          <w:b w:val="0"/>
          <w:sz w:val="20"/>
        </w:rPr>
        <w:t>Loan Amount Offered: $________________________</w:t>
      </w:r>
    </w:p>
    <w:p>
      <w:r>
        <w:rPr>
          <w:b w:val="0"/>
          <w:sz w:val="20"/>
        </w:rPr>
        <w:t>Loan Term: ______________ years</w:t>
      </w:r>
    </w:p>
    <w:p>
      <w:r>
        <w:rPr>
          <w:b w:val="0"/>
          <w:sz w:val="20"/>
        </w:rPr>
        <w:t>Interest Rate: ______________ % per annum, fixed</w:t>
      </w:r>
    </w:p>
    <w:p>
      <w:r>
        <w:rPr>
          <w:b w:val="0"/>
          <w:sz w:val="20"/>
        </w:rPr>
        <w:t>Loan Type: _______________________________________________________</w:t>
      </w:r>
    </w:p>
    <w:p>
      <w:r>
        <w:rPr>
          <w:b w:val="0"/>
          <w:sz w:val="20"/>
        </w:rPr>
        <w:t>Repayment Schedule: _______________________________________________</w:t>
      </w:r>
    </w:p>
    <w:p>
      <w:r>
        <w:rPr>
          <w:b w:val="0"/>
          <w:sz w:val="20"/>
        </w:rPr>
        <w:t>Prepayment Penalties (if any): _____________________________________</w:t>
      </w:r>
    </w:p>
    <w:p/>
    <w:p>
      <w:r>
        <w:rPr>
          <w:b/>
          <w:sz w:val="20"/>
        </w:rPr>
        <w:t>Conditions of Offer:</w:t>
      </w:r>
    </w:p>
    <w:p>
      <w:r>
        <w:rPr>
          <w:b w:val="0"/>
          <w:sz w:val="20"/>
        </w:rPr>
        <w:t>This loan offer is subject to the following conditions and requirements:</w:t>
      </w:r>
    </w:p>
    <w:p>
      <w:r>
        <w:rPr>
          <w:b w:val="0"/>
          <w:sz w:val="20"/>
        </w:rPr>
        <w:t>1. Completion of a satisfactory credit check and verification of all provided information.</w:t>
      </w:r>
    </w:p>
    <w:p>
      <w:r>
        <w:rPr>
          <w:b w:val="0"/>
          <w:sz w:val="20"/>
        </w:rPr>
        <w:t>2. Appraisal of the property at a value acceptable to the Lender.</w:t>
      </w:r>
    </w:p>
    <w:p>
      <w:r>
        <w:rPr>
          <w:b w:val="0"/>
          <w:sz w:val="20"/>
        </w:rPr>
        <w:t>3. Verification of clear title to the property, free of liens or encumbrances except those approved by the Lender.</w:t>
      </w:r>
    </w:p>
    <w:p>
      <w:r>
        <w:rPr>
          <w:b w:val="0"/>
          <w:sz w:val="20"/>
        </w:rPr>
        <w:t>4. Borrower must provide all requested documentation, including income verification, tax returns, and employment information.</w:t>
      </w:r>
    </w:p>
    <w:p>
      <w:r>
        <w:rPr>
          <w:b w:val="0"/>
          <w:sz w:val="20"/>
        </w:rPr>
        <w:t>5. Borrower must obtain and maintain adequate property insurance naming the Lender as loss payee.</w:t>
      </w:r>
    </w:p>
    <w:p>
      <w:r>
        <w:rPr>
          <w:b w:val="0"/>
          <w:sz w:val="20"/>
        </w:rPr>
        <w:t>6. Execution of all required loan documents satisfactory to the Lender.</w:t>
      </w:r>
    </w:p>
    <w:p>
      <w:r>
        <w:rPr>
          <w:b w:val="0"/>
          <w:sz w:val="20"/>
        </w:rPr>
        <w:t>7. Compliance with all applicable federal, state, and local laws.</w:t>
      </w:r>
    </w:p>
    <w:p>
      <w:r>
        <w:rPr>
          <w:b w:val="0"/>
          <w:sz w:val="20"/>
        </w:rPr>
        <w:t>8. Any additional conditions listed here: __________________________</w:t>
      </w:r>
    </w:p>
    <w:p/>
    <w:p>
      <w:r>
        <w:rPr>
          <w:b/>
          <w:sz w:val="20"/>
        </w:rPr>
        <w:t>Fees and Costs:</w:t>
      </w:r>
    </w:p>
    <w:p>
      <w:r>
        <w:rPr>
          <w:b w:val="0"/>
          <w:sz w:val="20"/>
        </w:rPr>
        <w:t>Borrower is responsible for payment of all applicable fees and costs including, but not limited to:</w:t>
      </w:r>
    </w:p>
    <w:p>
      <w:r>
        <w:rPr>
          <w:b w:val="0"/>
          <w:sz w:val="20"/>
        </w:rPr>
        <w:t>- Loan origination fees</w:t>
      </w:r>
    </w:p>
    <w:p>
      <w:r>
        <w:rPr>
          <w:b w:val="0"/>
          <w:sz w:val="20"/>
        </w:rPr>
        <w:t>- Title insurance and title search fees</w:t>
      </w:r>
    </w:p>
    <w:p>
      <w:r>
        <w:rPr>
          <w:b w:val="0"/>
          <w:sz w:val="20"/>
        </w:rPr>
        <w:t>- Appraisal fees</w:t>
      </w:r>
    </w:p>
    <w:p>
      <w:r>
        <w:rPr>
          <w:b w:val="0"/>
          <w:sz w:val="20"/>
        </w:rPr>
        <w:t>- Recording fees</w:t>
      </w:r>
    </w:p>
    <w:p>
      <w:r>
        <w:rPr>
          <w:b w:val="0"/>
          <w:sz w:val="20"/>
        </w:rPr>
        <w:t>- Credit report fees</w:t>
      </w:r>
    </w:p>
    <w:p>
      <w:r>
        <w:rPr>
          <w:b w:val="0"/>
          <w:sz w:val="20"/>
        </w:rPr>
        <w:t>- Escrow fees</w:t>
      </w:r>
    </w:p>
    <w:p>
      <w:r>
        <w:rPr>
          <w:b w:val="0"/>
          <w:sz w:val="20"/>
        </w:rPr>
        <w:t>- Other closing costs as disclosed prior to closing</w:t>
      </w:r>
    </w:p>
    <w:p>
      <w:r>
        <w:rPr>
          <w:b w:val="0"/>
          <w:sz w:val="20"/>
        </w:rPr>
        <w:t>Any such fees must be paid in accordance with the terms set forth in the final loan agreement.</w:t>
      </w:r>
    </w:p>
    <w:p/>
    <w:p>
      <w:r>
        <w:rPr>
          <w:b/>
          <w:sz w:val="20"/>
        </w:rPr>
        <w:t>Right to Cancel:</w:t>
      </w:r>
    </w:p>
    <w:p>
      <w:r>
        <w:rPr>
          <w:b w:val="0"/>
          <w:sz w:val="20"/>
        </w:rPr>
        <w:t>Borrower may have the right to rescind this transaction under the Truth in Lending Act within three (3) business days after the loan documents are signed. Borrower is advised to review all documents carefully and seek independent legal advice if desired.</w:t>
      </w:r>
    </w:p>
    <w:p/>
    <w:p>
      <w:r>
        <w:rPr>
          <w:b/>
          <w:sz w:val="20"/>
        </w:rPr>
        <w:t>Acceptance and Expiration:</w:t>
      </w:r>
    </w:p>
    <w:p>
      <w:r>
        <w:rPr>
          <w:b w:val="0"/>
          <w:sz w:val="20"/>
        </w:rPr>
        <w:t>This offer is valid until ______________________ and is subject to change or withdrawal by the Lender without prior notice if not accepted by that date.</w:t>
      </w:r>
    </w:p>
    <w:p>
      <w:r>
        <w:rPr>
          <w:b w:val="0"/>
          <w:sz w:val="20"/>
        </w:rPr>
        <w:t>Borrower’s acceptance of this offer shall be made by signing below and returning this document to the Lender prior to the expiration date.</w:t>
      </w:r>
    </w:p>
    <w:p/>
    <w:p>
      <w:r>
        <w:rPr>
          <w:b/>
          <w:sz w:val="20"/>
        </w:rPr>
        <w:t>Legal Notice:</w:t>
      </w:r>
    </w:p>
    <w:p>
      <w:r>
        <w:rPr>
          <w:b w:val="0"/>
          <w:sz w:val="20"/>
        </w:rPr>
        <w:t>This mortgage loan offer letter is a preliminary document and does not constitute a binding loan agreement. The final terms and conditions of the loan will be set forth in the loan agreement and related documents, which must be executed by both parties. This offer is governed by and construed in accordance with the laws of the applicable jurisdiction in the United States.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https://letter247-us.com/mortgage-offer-letter/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mortgage-offer-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