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MISSION TRIP FUNDRAISING LETTER</w:t>
      </w:r>
    </w:p>
    <w:p/>
    <w:p/>
    <w:p>
      <w:r>
        <w:rPr>
          <w:b w:val="0"/>
          <w:sz w:val="20"/>
        </w:rPr>
        <w:t>Dear Friend,</w:t>
      </w:r>
    </w:p>
    <w:p/>
    <w:p>
      <w:r>
        <w:rPr>
          <w:b w:val="0"/>
          <w:sz w:val="20"/>
        </w:rPr>
        <w:t>I hope this letter finds you well. I am writing to share an exciting opportunity to participate in a mission trip that I will be undertaking. This journey is not only a chance to serve communities in need but also an opportunity to grow spiritually and make a meaningful difference.</w:t>
      </w:r>
    </w:p>
    <w:p/>
    <w:p>
      <w:r>
        <w:rPr>
          <w:b w:val="0"/>
          <w:sz w:val="20"/>
        </w:rPr>
        <w:t>The purpose of this trip is to engage in humanitarian work, including but not limited to community development, education, and health outreach. We will be working closely with local organizations to ensure our efforts align with the community's needs and values.</w:t>
      </w:r>
    </w:p>
    <w:p/>
    <w:p>
      <w:r>
        <w:rPr>
          <w:b w:val="0"/>
          <w:sz w:val="20"/>
        </w:rPr>
        <w:t>To make this mission trip possible, I am seeking support to raise the necessary funds to cover travel expenses, accommodations, supplies, and program fees. Your generous contribution will directly support these costs and help ensure the success of this endeavor.</w:t>
      </w:r>
    </w:p>
    <w:p/>
    <w:p>
      <w:r>
        <w:rPr>
          <w:b w:val="0"/>
          <w:sz w:val="20"/>
        </w:rPr>
        <w:t>The total fundraising goal for this trip is $_____________. Every donation, no matter how small, brings me closer to this goal and is deeply appreciated.</w:t>
      </w:r>
    </w:p>
    <w:p/>
    <w:p>
      <w:r>
        <w:rPr>
          <w:b/>
          <w:sz w:val="20"/>
        </w:rPr>
        <w:t>If you feel led to support this mission financially, you can make a donation by:</w:t>
      </w:r>
    </w:p>
    <w:p>
      <w:r>
        <w:rPr>
          <w:b w:val="0"/>
          <w:sz w:val="20"/>
        </w:rPr>
        <w:t>- Mailing a check payable to: ________________________________</w:t>
      </w:r>
    </w:p>
    <w:p>
      <w:r>
        <w:rPr>
          <w:b w:val="0"/>
          <w:sz w:val="20"/>
        </w:rPr>
        <w:t xml:space="preserve">  (Please include my name in the memo line.)</w:t>
      </w:r>
    </w:p>
    <w:p>
      <w:r>
        <w:rPr>
          <w:b w:val="0"/>
          <w:sz w:val="20"/>
        </w:rPr>
        <w:t>- Donating online at: ______________________________________</w:t>
      </w:r>
    </w:p>
    <w:p>
      <w:r>
        <w:rPr>
          <w:b w:val="0"/>
          <w:sz w:val="20"/>
        </w:rPr>
        <w:t>- Contacting me directly for other methods of giving.</w:t>
      </w:r>
    </w:p>
    <w:p/>
    <w:p>
      <w:r>
        <w:rPr>
          <w:b w:val="0"/>
          <w:sz w:val="20"/>
        </w:rPr>
        <w:t>Please note that all donations are tax-deductible to the extent allowed by United States law. I will provide official receipts for your records upon request.</w:t>
      </w:r>
    </w:p>
    <w:p/>
    <w:p>
      <w:r>
        <w:rPr>
          <w:b w:val="0"/>
          <w:sz w:val="20"/>
        </w:rPr>
        <w:t>I am committed to representing our shared values with integrity and respect throughout this mission trip. Your prayers, support, and encouragement mean the world to me as I prepare for this journey.</w:t>
      </w:r>
    </w:p>
    <w:p/>
    <w:p>
      <w:r>
        <w:rPr>
          <w:b w:val="0"/>
          <w:sz w:val="20"/>
        </w:rPr>
        <w:t>Thank you for considering partnering with me in this important work. Together, we can make a lasting impact and bring hope to those we serve.</w:t>
      </w:r>
    </w:p>
    <w:p/>
    <w:p/>
    <w:p>
      <w:r>
        <w:rPr>
          <w:b w:val="0"/>
          <w:sz w:val="20"/>
        </w:rPr>
        <w:t>With gratitude and blessings,</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sz w:val="20"/>
        </w:rPr>
        <w:t>Sender Contact Information:</w:t>
      </w:r>
    </w:p>
    <w:p>
      <w:r>
        <w:rPr>
          <w:b w:val="0"/>
          <w:sz w:val="20"/>
        </w:rPr>
        <w:t>Full Name: _________________________________________________________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r>
        <w:rPr>
          <w:b w:val="0"/>
          <w:sz w:val="20"/>
        </w:rPr>
        <w:t>Email: _____________________________________________________________</w:t>
      </w:r>
    </w:p>
    <w:p/>
    <w:p>
      <w:r>
        <w:rPr>
          <w:b/>
          <w:sz w:val="20"/>
        </w:rPr>
        <w:t>Disclaimer:</w:t>
      </w:r>
    </w:p>
    <w:p>
      <w:r>
        <w:rPr>
          <w:b w:val="0"/>
          <w:sz w:val="20"/>
        </w:rPr>
        <w:t>This fundraising letter is intended to solicit voluntary contributions for the mission trip described above. Donations made are voluntary and are subject to applicable United States laws and regulations. No goods or services were provided in exchange for these contributions unless explicitly stated.</w:t>
      </w:r>
    </w:p>
    <w:p/>
    <w:p>
      <w:r>
        <w:rPr>
          <w:b/>
          <w:sz w:val="20"/>
        </w:rPr>
        <w:t>Privacy Statement:</w:t>
      </w:r>
    </w:p>
    <w:p>
      <w:r>
        <w:rPr>
          <w:b w:val="0"/>
          <w:sz w:val="20"/>
        </w:rPr>
        <w:t>Any personal information collected in relation to this fundraising effort will be kept confidential and used solely for communication regarding the mission trip and donation acknowledgments.</w:t>
      </w:r>
    </w:p>
    <w:p/>
    <w:p>
      <w:r>
        <w:br w:type="page"/>
      </w:r>
    </w:p>
    <w:p>
      <w:pPr>
        <w:jc w:val="center"/>
      </w:pPr>
      <w:r>
        <w:rPr>
          <w:color w:val="555555"/>
          <w:sz w:val="24"/>
        </w:rPr>
        <w:t>Original source of this document:</w:t>
      </w:r>
    </w:p>
    <w:p>
      <w:pPr>
        <w:jc w:val="center"/>
      </w:pPr>
      <w:hyperlink r:id="rId9">
        <w:r>
          <w:rPr>
            <w:color w:val="0000FF"/>
            <w:u w:val="single"/>
          </w:rPr>
          <w:t>https://letter247-us.com/mission-trip-fundraising-letter/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mission-trip-fundraising-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