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BOAT/VESSEL PURCHASE AND SALE AGREEMENT</w:t>
      </w:r>
    </w:p>
    <w:p/>
    <w:p>
      <w:r>
        <w:rPr>
          <w:b w:val="0"/>
          <w:sz w:val="22"/>
        </w:rPr>
        <w:t>This Boat/Vessel Purchase and Sale Agreement ("Agreement") is made by and between the undersigned Seller and Buyer (collectively, the "Parties").</w:t>
      </w:r>
    </w:p>
    <w:p/>
    <w:p>
      <w:r>
        <w:rPr>
          <w:b/>
          <w:sz w:val="22"/>
        </w:rPr>
        <w:t>SELLER INFORMATION</w:t>
      </w:r>
    </w:p>
    <w:p>
      <w:r>
        <w:rPr>
          <w:b w:val="0"/>
          <w:sz w:val="22"/>
        </w:rPr>
        <w:t>Full Name: ____________________________________________________________</w:t>
      </w:r>
    </w:p>
    <w:p>
      <w:r>
        <w:rPr>
          <w:b w:val="0"/>
          <w:sz w:val="22"/>
        </w:rPr>
        <w:t>Identification Number (Driver’s License, Passport, or ID): ________________</w:t>
      </w:r>
    </w:p>
    <w:p>
      <w:r>
        <w:rPr>
          <w:b w:val="0"/>
          <w:sz w:val="22"/>
        </w:rPr>
        <w:t>Address: _______________________________________________________________</w:t>
      </w:r>
    </w:p>
    <w:p>
      <w:r>
        <w:rPr>
          <w:b w:val="0"/>
          <w:sz w:val="22"/>
        </w:rPr>
        <w:t>Telephone Number: ______________________________________________________</w:t>
      </w:r>
    </w:p>
    <w:p/>
    <w:p>
      <w:r>
        <w:rPr>
          <w:b/>
          <w:sz w:val="22"/>
        </w:rPr>
        <w:t>BUYER INFORMATION</w:t>
      </w:r>
    </w:p>
    <w:p>
      <w:r>
        <w:rPr>
          <w:b w:val="0"/>
          <w:sz w:val="22"/>
        </w:rPr>
        <w:t>Full Name: ____________________________________________________________</w:t>
      </w:r>
    </w:p>
    <w:p>
      <w:r>
        <w:rPr>
          <w:b w:val="0"/>
          <w:sz w:val="22"/>
        </w:rPr>
        <w:t>Identification Number (Driver’s License, Passport, or ID): ________________</w:t>
      </w:r>
    </w:p>
    <w:p>
      <w:r>
        <w:rPr>
          <w:b w:val="0"/>
          <w:sz w:val="22"/>
        </w:rPr>
        <w:t>Address: _______________________________________________________________</w:t>
      </w:r>
    </w:p>
    <w:p>
      <w:r>
        <w:rPr>
          <w:b w:val="0"/>
          <w:sz w:val="22"/>
        </w:rPr>
        <w:t>Telephone Number: ______________________________________________________</w:t>
      </w:r>
    </w:p>
    <w:p/>
    <w:p>
      <w:r>
        <w:rPr>
          <w:b/>
          <w:sz w:val="22"/>
        </w:rPr>
        <w:t>VESSEL INFORMATION</w:t>
      </w:r>
    </w:p>
    <w:p>
      <w:r>
        <w:rPr>
          <w:b w:val="0"/>
          <w:sz w:val="22"/>
        </w:rPr>
        <w:t>Make / Manufacturer: __________________________________________________</w:t>
      </w:r>
    </w:p>
    <w:p>
      <w:r>
        <w:rPr>
          <w:b w:val="0"/>
          <w:sz w:val="22"/>
        </w:rPr>
        <w:t>Model: ________________________________________________________________</w:t>
      </w:r>
    </w:p>
    <w:p>
      <w:r>
        <w:rPr>
          <w:b w:val="0"/>
          <w:sz w:val="22"/>
        </w:rPr>
        <w:t>Year of Manufacture: __________________________________________________</w:t>
      </w:r>
    </w:p>
    <w:p>
      <w:r>
        <w:rPr>
          <w:b w:val="0"/>
          <w:sz w:val="22"/>
        </w:rPr>
        <w:t>Hull Identification Number (HIN): _____________________________________</w:t>
      </w:r>
    </w:p>
    <w:p>
      <w:r>
        <w:rPr>
          <w:b w:val="0"/>
          <w:sz w:val="22"/>
        </w:rPr>
        <w:t>Length Overall: ______________ feet      Beam: ______________ feet</w:t>
      </w:r>
    </w:p>
    <w:p>
      <w:r>
        <w:rPr>
          <w:b w:val="0"/>
          <w:sz w:val="22"/>
        </w:rPr>
        <w:t>Registration Number / Title Number: ____________________________________</w:t>
      </w:r>
    </w:p>
    <w:p>
      <w:r>
        <w:rPr>
          <w:b w:val="0"/>
          <w:sz w:val="22"/>
        </w:rPr>
        <w:t>Current Location of Vessel: ____________________________________________</w:t>
      </w:r>
    </w:p>
    <w:p>
      <w:r>
        <w:rPr>
          <w:b w:val="0"/>
          <w:sz w:val="22"/>
        </w:rPr>
        <w:t>Condition of Vessel: ___________________________________________________</w:t>
      </w:r>
    </w:p>
    <w:p/>
    <w:p>
      <w:r>
        <w:rPr>
          <w:b/>
          <w:sz w:val="22"/>
        </w:rPr>
        <w:t>PURCHASE PRICE AND PAYMENT TERMS</w:t>
      </w:r>
    </w:p>
    <w:p>
      <w:r>
        <w:rPr>
          <w:b w:val="0"/>
          <w:sz w:val="22"/>
        </w:rPr>
        <w:t>Purchase Price: $_____________________ USD</w:t>
      </w:r>
    </w:p>
    <w:p>
      <w:r>
        <w:rPr>
          <w:b w:val="0"/>
          <w:sz w:val="22"/>
        </w:rPr>
        <w:t>Payment Method and Schedule: __________________________________________</w:t>
      </w:r>
    </w:p>
    <w:p>
      <w:r>
        <w:rPr>
          <w:b w:val="0"/>
          <w:sz w:val="22"/>
        </w:rPr>
        <w:t>Deposit Amount (if any): $_____________________ USD</w:t>
      </w:r>
    </w:p>
    <w:p>
      <w:r>
        <w:rPr>
          <w:b w:val="0"/>
          <w:sz w:val="22"/>
        </w:rPr>
        <w:t>Balance Due Date: _____________________________________________________</w:t>
      </w:r>
    </w:p>
    <w:p/>
    <w:p>
      <w:r>
        <w:rPr>
          <w:b/>
          <w:sz w:val="22"/>
        </w:rPr>
        <w:t>1. REPRESENTATIONS AND WARRANTIES OF SELLER</w:t>
      </w:r>
    </w:p>
    <w:p>
      <w:r>
        <w:rPr>
          <w:b w:val="0"/>
          <w:sz w:val="22"/>
        </w:rPr>
        <w:t>The Seller represents and warrants that Seller is the sole legal and beneficial owner of the Vessel and has full authority to sell and transfer it free and clear of all liens, encumbrances, claims, and liabilities.</w:t>
      </w:r>
    </w:p>
    <w:p>
      <w:r>
        <w:rPr>
          <w:b w:val="0"/>
          <w:sz w:val="22"/>
        </w:rPr>
        <w:t>The Vessel is sold "AS IS, WHERE IS" with no warranties as to condition, quality, or fitness except as expressly stated in this Agreement.</w:t>
      </w:r>
    </w:p>
    <w:p>
      <w:r>
        <w:rPr>
          <w:b w:val="0"/>
          <w:sz w:val="22"/>
        </w:rPr>
        <w:t>The Seller has disclosed all known defects and damage affecting the Vessel to the Buyer prior to execution of this Agreement.</w:t>
      </w:r>
    </w:p>
    <w:p/>
    <w:p>
      <w:r>
        <w:rPr>
          <w:b/>
          <w:sz w:val="22"/>
        </w:rPr>
        <w:t>2. REPRESENTATIONS AND WARRANTIES OF BUYER</w:t>
      </w:r>
    </w:p>
    <w:p>
      <w:r>
        <w:rPr>
          <w:b w:val="0"/>
          <w:sz w:val="22"/>
        </w:rPr>
        <w:t>The Buyer acknowledges that Buyer has inspected the Vessel or has had the opportunity to do so and is satisfied with the condition of the Vessel.</w:t>
      </w:r>
    </w:p>
    <w:p>
      <w:r>
        <w:rPr>
          <w:b w:val="0"/>
          <w:sz w:val="22"/>
        </w:rPr>
        <w:t>The Buyer accepts the Vessel in its present "AS IS" condition and understands that no warranties or guarantees have been made except as expressly set forth herein.</w:t>
      </w:r>
    </w:p>
    <w:p/>
    <w:p>
      <w:r>
        <w:rPr>
          <w:b/>
          <w:sz w:val="22"/>
        </w:rPr>
        <w:t>3. INSPECTION AND ACCEPTANCE</w:t>
      </w:r>
    </w:p>
    <w:p>
      <w:r>
        <w:rPr>
          <w:b w:val="0"/>
          <w:sz w:val="22"/>
        </w:rPr>
        <w:t>Buyer acknowledges that prior to signing this Agreement, Buyer has had the opportunity to inspect the Vessel, including but not limited to hull, machinery, equipment, and electronics.</w:t>
      </w:r>
    </w:p>
    <w:p>
      <w:r>
        <w:rPr>
          <w:b w:val="0"/>
          <w:sz w:val="22"/>
        </w:rPr>
        <w:t>Buyer accepts the Vessel subject to the results of such inspection and releases Seller from any liability regarding the Vessel’s condition after delivery.</w:t>
      </w:r>
    </w:p>
    <w:p/>
    <w:p>
      <w:r>
        <w:rPr>
          <w:b/>
          <w:sz w:val="22"/>
        </w:rPr>
        <w:t>4. TRANSFER OF TITLE AND RISK OF LOSS</w:t>
      </w:r>
    </w:p>
    <w:p>
      <w:r>
        <w:rPr>
          <w:b w:val="0"/>
          <w:sz w:val="22"/>
        </w:rPr>
        <w:t>Title to the Vessel shall transfer to Buyer upon full payment of the Purchase Price by Buyer.</w:t>
      </w:r>
    </w:p>
    <w:p>
      <w:r>
        <w:rPr>
          <w:b w:val="0"/>
          <w:sz w:val="22"/>
        </w:rPr>
        <w:t>Risk of loss or damage to the Vessel passes to Buyer upon delivery of the Vessel at the agreed location.</w:t>
      </w:r>
    </w:p>
    <w:p>
      <w:r>
        <w:rPr>
          <w:b w:val="0"/>
          <w:sz w:val="22"/>
        </w:rPr>
        <w:t>Seller agrees to deliver all documents necessary to transfer ownership, including registration and title documents, at the time of sale.</w:t>
      </w:r>
    </w:p>
    <w:p/>
    <w:p>
      <w:r>
        <w:rPr>
          <w:b/>
          <w:sz w:val="22"/>
        </w:rPr>
        <w:t>5. DELIVERY AND POSSESSION</w:t>
      </w:r>
    </w:p>
    <w:p>
      <w:r>
        <w:rPr>
          <w:b w:val="0"/>
          <w:sz w:val="22"/>
        </w:rPr>
        <w:t>Seller shall deliver possession of the Vessel to Buyer at the following location: _______________________________.</w:t>
      </w:r>
    </w:p>
    <w:p>
      <w:r>
        <w:rPr>
          <w:b w:val="0"/>
          <w:sz w:val="22"/>
        </w:rPr>
        <w:t>Delivery shall occur within _______ days following receipt of full payment unless otherwise agreed in writing.</w:t>
      </w:r>
    </w:p>
    <w:p>
      <w:r>
        <w:rPr>
          <w:b w:val="0"/>
          <w:sz w:val="22"/>
        </w:rPr>
        <w:t>Buyer shall be responsible for all costs associated with transportation, mooring, and insurance after delivery.</w:t>
      </w:r>
    </w:p>
    <w:p/>
    <w:p>
      <w:r>
        <w:rPr>
          <w:b/>
          <w:sz w:val="22"/>
        </w:rPr>
        <w:t>6. TAXES, FEES, AND EXPENSES</w:t>
      </w:r>
    </w:p>
    <w:p>
      <w:r>
        <w:rPr>
          <w:b w:val="0"/>
          <w:sz w:val="22"/>
        </w:rPr>
        <w:t>Buyer shall bear all taxes, title fees, registration fees, and any other costs associated with the transfer of ownership of the Vessel.</w:t>
      </w:r>
    </w:p>
    <w:p>
      <w:r>
        <w:rPr>
          <w:b w:val="0"/>
          <w:sz w:val="22"/>
        </w:rPr>
        <w:t>Seller shall be responsible for any outstanding liens or fees incurred prior to the date of delivery.</w:t>
      </w:r>
    </w:p>
    <w:p/>
    <w:p>
      <w:r>
        <w:rPr>
          <w:b/>
          <w:sz w:val="22"/>
        </w:rPr>
        <w:t>7. INDEMNIFICATION</w:t>
      </w:r>
    </w:p>
    <w:p>
      <w:r>
        <w:rPr>
          <w:b w:val="0"/>
          <w:sz w:val="22"/>
        </w:rPr>
        <w:t>Buyer agrees to indemnify and hold Seller harmless from any claims, damages, or liabilities arising from Buyer’s use, ownership, or possession of the Vessel after the date of delivery.</w:t>
      </w:r>
    </w:p>
    <w:p>
      <w:r>
        <w:rPr>
          <w:b w:val="0"/>
          <w:sz w:val="22"/>
        </w:rPr>
        <w:t>Seller agrees to indemnify and hold Buyer harmless from any claims or liabilities arising from Seller’s ownership or acts prior to delivery.</w:t>
      </w:r>
    </w:p>
    <w:p/>
    <w:p>
      <w:r>
        <w:rPr>
          <w:b/>
          <w:sz w:val="22"/>
        </w:rPr>
        <w:t>8. GOVERNING LAW AND JURISDICTION</w:t>
      </w:r>
    </w:p>
    <w:p>
      <w:r>
        <w:rPr>
          <w:b w:val="0"/>
          <w:sz w:val="22"/>
        </w:rPr>
        <w:t>This Agreement shall be governed by and construed in accordance with the laws of the State of ____________________, without regard to its conflict of law principles.</w:t>
      </w:r>
    </w:p>
    <w:p>
      <w:r>
        <w:rPr>
          <w:b w:val="0"/>
          <w:sz w:val="22"/>
        </w:rPr>
        <w:t>Any disputes arising under or in connection with this Agreement shall be subject to the exclusive jurisdiction of the courts located in ____________________, and the Parties hereby consent to such jurisdiction and venue.</w:t>
      </w:r>
    </w:p>
    <w:p/>
    <w:p>
      <w:r>
        <w:rPr>
          <w:b/>
          <w:sz w:val="22"/>
        </w:rPr>
        <w:t>9. ENTIRE AGREEMENT</w:t>
      </w:r>
    </w:p>
    <w:p>
      <w:r>
        <w:rPr>
          <w:b w:val="0"/>
          <w:sz w:val="22"/>
        </w:rPr>
        <w:t>This Agreement constitutes the entire understanding between the Parties and supersedes all prior negotiations, representations, or agreements, whether written or oral.</w:t>
      </w:r>
    </w:p>
    <w:p>
      <w:r>
        <w:rPr>
          <w:b w:val="0"/>
          <w:sz w:val="22"/>
        </w:rPr>
        <w:t>No modifications or amendments shall be binding unless in writing and signed by both Parties.</w:t>
      </w:r>
    </w:p>
    <w:p/>
    <w:p>
      <w:r>
        <w:rPr>
          <w:b/>
          <w:sz w:val="22"/>
        </w:rPr>
        <w:t>10. SEVERABILITY</w:t>
      </w:r>
    </w:p>
    <w:p>
      <w:r>
        <w:rPr>
          <w:b w:val="0"/>
          <w:sz w:val="22"/>
        </w:rPr>
        <w:t>If any provision of this Agreement is held to be invalid or unenforceable, the remaining provisions shall remain in full force and effect.</w:t>
      </w:r>
    </w:p>
    <w:p/>
    <w:p>
      <w:r>
        <w:rPr>
          <w:b w:val="0"/>
          <w:sz w:val="22"/>
        </w:rPr>
        <w:t>IN WITNESS WHEREOF, the Parties have executed this Agreement as of the day and year of their signatures below.</w:t>
      </w:r>
    </w:p>
    <w:p/>
    <w:p/>
    <w:tbl>
      <w:tblPr>
        <w:tblW w:type="auto" w:w="0"/>
        <w:tblLayout w:type="autofit"/>
        <w:tblLook w:firstColumn="1" w:firstRow="1" w:lastColumn="0" w:lastRow="0" w:noHBand="0" w:noVBand="1" w:val="04A0"/>
      </w:tblPr>
      <w:tblGrid>
        <w:gridCol w:w="4680"/>
        <w:gridCol w:w="4680"/>
      </w:tblGrid>
      <w:tr>
        <w:tc>
          <w:tcPr>
            <w:tcW w:type="dxa" w:w="4680"/>
            <w:tcBorders>
              <w:top w:val="nil"/>
              <w:left w:val="nil"/>
              <w:bottom w:val="nil"/>
              <w:right w:val="nil"/>
              <w:insideH w:val="nil"/>
              <w:insideV w:val="nil"/>
            </w:tcBorders>
          </w:tcPr>
          <w:p>
            <w:pPr>
              <w:jc w:val="center"/>
            </w:pPr>
            <w:r>
              <w:t>SELLER</w:t>
            </w:r>
          </w:p>
        </w:tc>
        <w:tc>
          <w:tcPr>
            <w:tcW w:type="dxa" w:w="4680"/>
            <w:tcBorders>
              <w:top w:val="nil"/>
              <w:left w:val="nil"/>
              <w:bottom w:val="nil"/>
              <w:right w:val="nil"/>
              <w:insideH w:val="nil"/>
              <w:insideV w:val="nil"/>
            </w:tcBorders>
          </w:tcPr>
          <w:p>
            <w:pPr>
              <w:jc w:val="center"/>
            </w:pPr>
            <w:r>
              <w:t>BUYER</w:t>
            </w:r>
          </w:p>
        </w:tc>
      </w:tr>
      <w:tr>
        <w:tc>
          <w:tcPr>
            <w:tcW w:type="dxa" w:w="4680"/>
            <w:tcBorders>
              <w:top w:val="nil"/>
              <w:left w:val="nil"/>
              <w:bottom w:val="nil"/>
              <w:right w:val="nil"/>
              <w:insideH w:val="nil"/>
              <w:insideV w:val="nil"/>
            </w:tcBorders>
          </w:tcPr>
          <w:p>
            <w:pPr>
              <w:jc w:val="center"/>
            </w:pPr>
            <w:r>
              <w:br/>
              <w:br/>
              <w:t>Signature: ______________________________</w:t>
            </w:r>
          </w:p>
        </w:tc>
        <w:tc>
          <w:tcPr>
            <w:tcW w:type="dxa" w:w="4680"/>
            <w:tcBorders>
              <w:top w:val="nil"/>
              <w:left w:val="nil"/>
              <w:bottom w:val="nil"/>
              <w:right w:val="nil"/>
              <w:insideH w:val="nil"/>
              <w:insideV w:val="nil"/>
            </w:tcBorders>
          </w:tcPr>
          <w:p>
            <w:pPr>
              <w:jc w:val="center"/>
            </w:pPr>
            <w:r>
              <w:br/>
              <w:br/>
              <w:t>Signature: ______________________________</w:t>
            </w:r>
          </w:p>
        </w:tc>
      </w:tr>
      <w:tr>
        <w:tc>
          <w:tcPr>
            <w:tcW w:type="dxa" w:w="4680"/>
            <w:tcBorders>
              <w:top w:val="nil"/>
              <w:left w:val="nil"/>
              <w:bottom w:val="nil"/>
              <w:right w:val="nil"/>
              <w:insideH w:val="nil"/>
              <w:insideV w:val="nil"/>
            </w:tcBorders>
          </w:tcPr>
          <w:p>
            <w:pPr>
              <w:jc w:val="center"/>
            </w:pPr>
            <w:r>
              <w:t>Printed Name: __________________________</w:t>
            </w:r>
          </w:p>
        </w:tc>
        <w:tc>
          <w:tcPr>
            <w:tcW w:type="dxa" w:w="4680"/>
            <w:tcBorders>
              <w:top w:val="nil"/>
              <w:left w:val="nil"/>
              <w:bottom w:val="nil"/>
              <w:right w:val="nil"/>
              <w:insideH w:val="nil"/>
              <w:insideV w:val="nil"/>
            </w:tcBorders>
          </w:tcPr>
          <w:p>
            <w:pPr>
              <w:jc w:val="center"/>
            </w:pPr>
            <w:r>
              <w:t>Printed Name: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https://letter247-us.com/microsoft-letter/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microsoft-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