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MERRY CHRISTMAS LETTER</w:t>
      </w:r>
    </w:p>
    <w:p/>
    <w:p/>
    <w:p>
      <w:r>
        <w:rPr>
          <w:b/>
          <w:sz w:val="20"/>
        </w:rPr>
        <w:t>Dear Valued Recipient,</w:t>
      </w:r>
    </w:p>
    <w:p/>
    <w:p>
      <w:r>
        <w:rPr>
          <w:b w:val="0"/>
          <w:sz w:val="20"/>
        </w:rPr>
        <w:t>As the festive season approaches, we at [Your Company/Organization Name] wish to extend our warmest greetings and heartfelt appreciation to you. This letter serves to convey our sincere wishes for a joyful Christmas and a prosperous New Year.</w:t>
      </w:r>
    </w:p>
    <w:p/>
    <w:p>
      <w:r>
        <w:rPr>
          <w:b w:val="0"/>
          <w:sz w:val="20"/>
        </w:rPr>
        <w:t>During this special time of year, we reflect on the importance of community, kindness, and goodwill. It is with great respect and gratitude that we acknowledge your support, collaboration, and dedication, which have been integral to our shared success.</w:t>
      </w:r>
    </w:p>
    <w:p/>
    <w:p>
      <w:r>
        <w:rPr>
          <w:b w:val="0"/>
          <w:sz w:val="20"/>
        </w:rPr>
        <w:t>May the spirit of Christmas bring you peace, happiness, and fulfillment. We hope that the season is filled with memorable moments shared with family, friends, and loved ones.</w:t>
      </w:r>
    </w:p>
    <w:p/>
    <w:p>
      <w:r>
        <w:rPr>
          <w:b w:val="0"/>
          <w:sz w:val="20"/>
        </w:rPr>
        <w:t>We encourage everyone to celebrate responsibly and safely, adhering to all applicable health guidelines and legal regulations to ensure the wellbeing of all participants and the community at large.</w:t>
      </w:r>
    </w:p>
    <w:p/>
    <w:p>
      <w:r>
        <w:rPr>
          <w:b/>
          <w:sz w:val="20"/>
        </w:rPr>
        <w:t>Legal Notice:</w:t>
      </w:r>
    </w:p>
    <w:p>
      <w:r>
        <w:rPr>
          <w:b w:val="0"/>
          <w:sz w:val="20"/>
        </w:rPr>
        <w:t>This letter constitutes a seasonal greeting and does not create any legally binding obligations or commitments. No warranties or guarantees are made herein beyond the expression of goodwill. All rights reserved by [Your Company/Organization Name]. Unauthorized use, reproduction, or distribution of this letter or its content is prohibited.</w:t>
      </w:r>
    </w:p>
    <w:p/>
    <w:p>
      <w:r>
        <w:rPr>
          <w:b w:val="0"/>
          <w:sz w:val="20"/>
        </w:rPr>
        <w:t>Thank you for your continued trust and partnership. We look forward to a successful collaboration in the coming year and wish you every happiness this holiday season.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10">
        <w:r>
          <w:rPr>
            <w:color w:val="0000FF"/>
            <w:u w:val="single"/>
          </w:rPr>
          <w:t>https://letter247-us.com/merry-christmas-letter/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1">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[Your Company/Organization Name] | Address | Phone | Email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letter247-us.com/merry-christmas-letter/" TargetMode="External"/><Relationship Id="rId11"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