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MEMORIAL DONATION ACKNOWLEDGEMENT LETTER</w:t>
      </w:r>
    </w:p>
    <w:p/>
    <w:p/>
    <w:p>
      <w:r>
        <w:rPr>
          <w:b w:val="0"/>
          <w:sz w:val="20"/>
        </w:rPr>
        <w:t>Dear Donor,</w:t>
      </w:r>
    </w:p>
    <w:p/>
    <w:p>
      <w:r>
        <w:rPr>
          <w:b w:val="0"/>
          <w:sz w:val="20"/>
        </w:rPr>
        <w:t>On behalf of [Organization Name], we extend our deepest gratitude for your generous memorial donation made in honor of your loved one. Your thoughtful contribution helps us continue our mission and make a meaningful impact in the community.</w:t>
      </w:r>
    </w:p>
    <w:p/>
    <w:p>
      <w:r>
        <w:rPr>
          <w:b/>
          <w:sz w:val="22"/>
        </w:rPr>
        <w:t>Donation Details:</w:t>
      </w:r>
    </w:p>
    <w:p/>
    <w:p>
      <w:r>
        <w:rPr>
          <w:b w:val="0"/>
          <w:sz w:val="20"/>
        </w:rPr>
        <w:t>Donor Name: ____________________________________________________________</w:t>
      </w:r>
    </w:p>
    <w:p>
      <w:r>
        <w:rPr>
          <w:b w:val="0"/>
          <w:sz w:val="20"/>
        </w:rPr>
        <w:t>Name of Honored Person (In Memoriam): _____________________________________</w:t>
      </w:r>
    </w:p>
    <w:p>
      <w:r>
        <w:rPr>
          <w:b w:val="0"/>
          <w:sz w:val="20"/>
        </w:rPr>
        <w:t>Relationship to Honored Person: ___________________________________________</w:t>
      </w:r>
    </w:p>
    <w:p>
      <w:r>
        <w:rPr>
          <w:b w:val="0"/>
          <w:sz w:val="20"/>
        </w:rPr>
        <w:t>Donation Amount: _________________________________________________________</w:t>
      </w:r>
    </w:p>
    <w:p>
      <w:r>
        <w:rPr>
          <w:b w:val="0"/>
          <w:sz w:val="20"/>
        </w:rPr>
        <w:t>Method of Donation: ______________________________________________________</w:t>
      </w:r>
    </w:p>
    <w:p>
      <w:r>
        <w:rPr>
          <w:b w:val="0"/>
          <w:sz w:val="20"/>
        </w:rPr>
        <w:t>Designation (if any): _____________________________________________________</w:t>
      </w:r>
    </w:p>
    <w:p/>
    <w:p>
      <w:r>
        <w:rPr>
          <w:b w:val="0"/>
          <w:sz w:val="20"/>
        </w:rPr>
        <w:t>We hereby acknowledge receipt of your memorial donation referenced above. This gift is tax-deductible to the extent permitted by law. [Organization Name] is a registered 501(c)(3) nonprofit organization, EIN: _______________. No goods or services were provided in exchange for this contribution, unless otherwise indicated.</w:t>
      </w:r>
    </w:p>
    <w:p/>
    <w:p>
      <w:r>
        <w:rPr>
          <w:b/>
          <w:sz w:val="22"/>
        </w:rPr>
        <w:t>Use of Funds:</w:t>
      </w:r>
    </w:p>
    <w:p/>
    <w:p>
      <w:r>
        <w:rPr>
          <w:b w:val="0"/>
          <w:sz w:val="20"/>
        </w:rPr>
        <w:t>Your memorial donation will be used in accordance with your designation or to support our general operations if no designation is specified. Your generosity enables us to provide services, programs, and support to those in need.</w:t>
      </w:r>
    </w:p>
    <w:p/>
    <w:p>
      <w:r>
        <w:rPr>
          <w:b/>
          <w:sz w:val="22"/>
        </w:rPr>
        <w:t>Legal Compliance and Tax Information:</w:t>
      </w:r>
    </w:p>
    <w:p/>
    <w:p>
      <w:r>
        <w:rPr>
          <w:b w:val="0"/>
          <w:sz w:val="20"/>
        </w:rPr>
        <w:t>This letter serves as a legal receipt for your donation under the Internal Revenue Code Section 170(c). Please retain this acknowledgement for your tax records. Consult your tax advisor for specific guidance regarding tax deductibility and recordkeeping requirements.</w:t>
      </w:r>
    </w:p>
    <w:p/>
    <w:p>
      <w:r>
        <w:rPr>
          <w:b/>
          <w:sz w:val="22"/>
        </w:rPr>
        <w:t>Privacy and Confidentiality:</w:t>
      </w:r>
    </w:p>
    <w:p/>
    <w:p>
      <w:r>
        <w:rPr>
          <w:b w:val="0"/>
          <w:sz w:val="20"/>
        </w:rPr>
        <w:t>[Organization Name] respects the privacy of all donors. Your personal information and donation details will be kept confidential except as required by law or as necessary to process your donation and provide appropriate recognition.</w:t>
      </w:r>
    </w:p>
    <w:p/>
    <w:p>
      <w:r>
        <w:rPr>
          <w:b/>
          <w:sz w:val="22"/>
        </w:rPr>
        <w:t>Recognition (Optional):</w:t>
      </w:r>
    </w:p>
    <w:p/>
    <w:p>
      <w:r>
        <w:rPr>
          <w:b w:val="0"/>
          <w:sz w:val="20"/>
        </w:rPr>
        <w:t>If you wish to have your memorial donation recognized publicly or receive updates regarding the impact of your gift, please indicate your preference below.</w:t>
      </w:r>
    </w:p>
    <w:p/>
    <w:p>
      <w:r>
        <w:rPr>
          <w:b w:val="0"/>
          <w:sz w:val="20"/>
        </w:rPr>
        <w:t>□ I wish to remain anonymous</w:t>
      </w:r>
    </w:p>
    <w:p>
      <w:r>
        <w:rPr>
          <w:b w:val="0"/>
          <w:sz w:val="20"/>
        </w:rPr>
        <w:t>□ Please send me updates on the use and impact of my donation</w:t>
      </w:r>
    </w:p>
    <w:p/>
    <w:p/>
    <w:p>
      <w:r>
        <w:rPr>
          <w:b w:val="0"/>
          <w:sz w:val="20"/>
        </w:rPr>
        <w:t>Once again, we thank you for your thoughtful support and trust. Your memorial donation not only honors your loved one but also sustains our ongoing efforts to serve.</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Donor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p/>
    <w:p>
      <w:pPr>
        <w:jc w:val="center"/>
      </w:pPr>
      <w:r>
        <w:rPr>
          <w:b/>
          <w:sz w:val="20"/>
        </w:rPr>
        <w:t>[Organization Name]</w:t>
      </w:r>
    </w:p>
    <w:p>
      <w:pPr>
        <w:jc w:val="center"/>
      </w:pPr>
      <w:r>
        <w:rPr>
          <w:b w:val="0"/>
          <w:sz w:val="20"/>
        </w:rPr>
        <w:t>Address: ________________________________________________________________</w:t>
      </w:r>
    </w:p>
    <w:p>
      <w:pPr>
        <w:jc w:val="center"/>
      </w:pPr>
      <w:r>
        <w:rPr>
          <w:b w:val="0"/>
          <w:sz w:val="20"/>
        </w:rPr>
        <w:t>Phone: ____________________________   Email: ___________________________</w:t>
      </w:r>
    </w:p>
    <w:p>
      <w:pPr>
        <w:jc w:val="center"/>
      </w:pPr>
      <w:r>
        <w:rPr>
          <w:b w:val="0"/>
          <w:sz w:val="20"/>
        </w:rPr>
        <w:t>Website: ________________________________________________________________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https://letter247-us.com/memorial-donation-acknowledgement-letter/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emorial-donation-acknowledge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