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LETTER OF RECOMMENDATION</w:t>
      </w:r>
    </w:p>
    <w:p/>
    <w:p/>
    <w:p>
      <w:r>
        <w:rPr>
          <w:b/>
          <w:sz w:val="20"/>
        </w:rPr>
        <w:t>Physician Information:</w:t>
      </w:r>
    </w:p>
    <w:p>
      <w:r>
        <w:rPr>
          <w:b w:val="0"/>
          <w:sz w:val="20"/>
        </w:rPr>
        <w:t>Name: ________________________________________________________________</w:t>
      </w:r>
    </w:p>
    <w:p>
      <w:r>
        <w:rPr>
          <w:b w:val="0"/>
          <w:sz w:val="20"/>
        </w:rPr>
        <w:t>License Number: _______________________________________________________</w:t>
      </w:r>
    </w:p>
    <w:p>
      <w:r>
        <w:rPr>
          <w:b w:val="0"/>
          <w:sz w:val="20"/>
        </w:rPr>
        <w:t>Medical Specialty: _____________________________________________________</w:t>
      </w:r>
    </w:p>
    <w:p>
      <w:r>
        <w:rPr>
          <w:b w:val="0"/>
          <w:sz w:val="20"/>
        </w:rPr>
        <w:t>Practice Address: 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To Whom It May Concern:</w:t>
      </w:r>
    </w:p>
    <w:p/>
    <w:p>
      <w:r>
        <w:rPr>
          <w:b w:val="0"/>
          <w:sz w:val="20"/>
        </w:rPr>
        <w:t>I am writing this letter to provide a professional medical recommendation for the patient named above. This document serves to confirm the patient's medical condition and the necessity for the requested accommodations, treatments, or services as described herein. This letter is prepared in accordance with applicable United States laws and regulations governing medical documentation.</w:t>
      </w:r>
    </w:p>
    <w:p/>
    <w:p/>
    <w:p>
      <w:r>
        <w:rPr>
          <w:b/>
          <w:sz w:val="20"/>
        </w:rPr>
        <w:t>Medical Diagnosis:</w:t>
      </w:r>
    </w:p>
    <w:p>
      <w:r>
        <w:rPr>
          <w:b w:val="0"/>
          <w:sz w:val="20"/>
        </w:rPr>
        <w:t>The patient has been diagnosed with the following medical condition(s):</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Medical History and Relevant Details:</w:t>
      </w:r>
    </w:p>
    <w:p>
      <w:r>
        <w:rPr>
          <w:b w:val="0"/>
          <w:sz w:val="20"/>
        </w:rPr>
        <w:t>The patient's medical history includes, but is not limited to, the following details relevant to the current diagnosis and recommendation:</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Recommended Treatment / Accommodation:</w:t>
      </w:r>
    </w:p>
    <w:p>
      <w:r>
        <w:rPr>
          <w:b w:val="0"/>
          <w:sz w:val="20"/>
        </w:rPr>
        <w:t>Based on my medical evaluation, it is recommended that the patient receive the following treatment(s), accommodation(s), or service(s):</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Justification:</w:t>
      </w:r>
    </w:p>
    <w:p>
      <w:r>
        <w:rPr>
          <w:b w:val="0"/>
          <w:sz w:val="20"/>
        </w:rPr>
        <w:t>This recommendation is made to support the patient's health, well-being, and ability to function effectively. The treatments or accommodations advised are medically necessary and comply with accepted standards of care.</w:t>
      </w:r>
    </w:p>
    <w:p/>
    <w:p>
      <w:r>
        <w:rPr>
          <w:b/>
          <w:sz w:val="20"/>
        </w:rPr>
        <w:t>Duration of Recommendation:</w:t>
      </w:r>
    </w:p>
    <w:p>
      <w:r>
        <w:rPr>
          <w:b w:val="0"/>
          <w:sz w:val="20"/>
        </w:rPr>
        <w:t>The recommended treatment or accommodation is expected to be necessary for the following time period:</w:t>
      </w:r>
    </w:p>
    <w:p>
      <w:r>
        <w:rPr>
          <w:b w:val="0"/>
          <w:sz w:val="20"/>
        </w:rPr>
        <w:t>_________________________________________________________________________</w:t>
      </w:r>
    </w:p>
    <w:p/>
    <w:p>
      <w:r>
        <w:rPr>
          <w:b/>
          <w:sz w:val="20"/>
        </w:rPr>
        <w:t>Confidentiality and Compliance:</w:t>
      </w:r>
    </w:p>
    <w:p>
      <w:r>
        <w:rPr>
          <w:b w:val="0"/>
          <w:sz w:val="20"/>
        </w:rPr>
        <w:t>This medical recommendation is confidential and intended solely for the use of the recipient. It has been prepared in compliance with all applicable federal and state laws, including HIPAA regulations. Unauthorized use, disclosure, or duplication of this document is strictly prohibited and may be unlawful.</w:t>
      </w:r>
    </w:p>
    <w:p/>
    <w:p/>
    <w:p>
      <w:r>
        <w:rPr>
          <w:b/>
          <w:sz w:val="20"/>
        </w:rPr>
        <w:t>Physician Statement:</w:t>
      </w:r>
    </w:p>
    <w:p>
      <w:r>
        <w:rPr>
          <w:b w:val="0"/>
          <w:sz w:val="20"/>
        </w:rPr>
        <w:t>I affirm that the information provided in this letter is accurate to the best of my knowledge and based on my professional medical evaluation. I am available for further consultation or clarification if required.</w:t>
      </w:r>
    </w:p>
    <w:p/>
    <w:p/>
    <w:p/>
    <w:p>
      <w:r>
        <w:rPr>
          <w:b w:val="0"/>
          <w:sz w:val="20"/>
        </w:rPr>
        <w:t>Location: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PHYSICIAN</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https://letter247-us.com/medical-letter-of-recommendation/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edical-letter-of-recommendation/"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