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MEDICAL HARDSHIP LETTER</w:t>
      </w:r>
    </w:p>
    <w:p/>
    <w:p/>
    <w:p>
      <w:r>
        <w:rPr>
          <w:b w:val="0"/>
          <w:sz w:val="20"/>
        </w:rPr>
        <w:t>To Whom It May Concern:</w:t>
      </w:r>
    </w:p>
    <w:p/>
    <w:p>
      <w:r>
        <w:rPr>
          <w:b w:val="0"/>
          <w:sz w:val="20"/>
        </w:rPr>
        <w:t>I, the undersigned, submit this Medical Hardship Letter to provide a detailed explanation of my current medical condition and the consequent financial hardship I am experiencing. This letter is intended to support my request for assistance, accommodation, or relief related to medical expenses or other related obligations.</w:t>
      </w:r>
    </w:p>
    <w:p/>
    <w:p>
      <w:r>
        <w:rPr>
          <w:b/>
          <w:sz w:val="22"/>
        </w:rPr>
        <w:t>Personal Information</w:t>
      </w:r>
    </w:p>
    <w:p>
      <w:r>
        <w:rPr>
          <w:b w:val="0"/>
          <w:sz w:val="20"/>
        </w:rPr>
        <w:t>Full Name: _______________________________________________________________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>
      <w:r>
        <w:rPr>
          <w:b/>
          <w:sz w:val="22"/>
        </w:rPr>
        <w:t>Medical Condition</w:t>
      </w:r>
    </w:p>
    <w:p>
      <w:r>
        <w:rPr>
          <w:b/>
          <w:sz w:val="20"/>
        </w:rPr>
        <w:t>Description of Medical Condition(s):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Date of Diagnosis: _________________________________________________________</w:t>
      </w:r>
    </w:p>
    <w:p>
      <w:r>
        <w:rPr>
          <w:b w:val="0"/>
          <w:sz w:val="20"/>
        </w:rPr>
        <w:t>Current Treatment Plan: 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Medical Provider Information</w:t>
      </w:r>
    </w:p>
    <w:p>
      <w:r>
        <w:rPr>
          <w:b w:val="0"/>
          <w:sz w:val="20"/>
        </w:rPr>
        <w:t>Primary Care Physician / Specialist Name: _________________________________</w:t>
      </w:r>
    </w:p>
    <w:p>
      <w:r>
        <w:rPr>
          <w:b w:val="0"/>
          <w:sz w:val="20"/>
        </w:rPr>
        <w:t>Medical Facility / Practice Name: 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/>
    <w:p>
      <w:r>
        <w:rPr>
          <w:b/>
          <w:sz w:val="22"/>
        </w:rPr>
        <w:t>Financial Hardship Explanation</w:t>
      </w:r>
    </w:p>
    <w:p>
      <w:r>
        <w:rPr>
          <w:b w:val="0"/>
          <w:sz w:val="20"/>
        </w:rPr>
        <w:t>Due to the medical condition described above, I am experiencing significant financial hardship. The following details explain the impact on my financial situation:</w:t>
      </w:r>
    </w:p>
    <w:p/>
    <w:p>
      <w:r>
        <w:rPr>
          <w:b/>
          <w:sz w:val="20"/>
        </w:rPr>
        <w:t>1. Medical Expenses:</w:t>
      </w:r>
    </w:p>
    <w:p>
      <w:r>
        <w:rPr>
          <w:b w:val="0"/>
          <w:sz w:val="20"/>
        </w:rPr>
        <w:t xml:space="preserve">    - Estimated/Actual Costs: ______________________________________________</w:t>
      </w:r>
    </w:p>
    <w:p>
      <w:r>
        <w:rPr>
          <w:b w:val="0"/>
          <w:sz w:val="20"/>
        </w:rPr>
        <w:t xml:space="preserve">    - Insurance Coverage (if any): _________________________________________</w:t>
      </w:r>
    </w:p>
    <w:p>
      <w:r>
        <w:rPr>
          <w:b w:val="0"/>
          <w:sz w:val="20"/>
        </w:rPr>
        <w:t xml:space="preserve">    - Uncovered Expenses: ___________________________________________________</w:t>
      </w:r>
    </w:p>
    <w:p/>
    <w:p>
      <w:r>
        <w:rPr>
          <w:b/>
          <w:sz w:val="20"/>
        </w:rPr>
        <w:t>2. Impact on Income:</w:t>
      </w:r>
    </w:p>
    <w:p>
      <w:r>
        <w:rPr>
          <w:b w:val="0"/>
          <w:sz w:val="20"/>
        </w:rPr>
        <w:t xml:space="preserve">    - Current Employment Status: ____________________________________________</w:t>
      </w:r>
    </w:p>
    <w:p>
      <w:r>
        <w:rPr>
          <w:b w:val="0"/>
          <w:sz w:val="20"/>
        </w:rPr>
        <w:t xml:space="preserve">    - Loss of Income or Reduced Work Hours: ________________________________</w:t>
      </w:r>
    </w:p>
    <w:p>
      <w:r>
        <w:rPr>
          <w:b w:val="0"/>
          <w:sz w:val="20"/>
        </w:rPr>
        <w:t xml:space="preserve">    - Other Relevant Financial Impacts: _____________________________________</w:t>
      </w:r>
    </w:p>
    <w:p/>
    <w:p>
      <w:r>
        <w:rPr>
          <w:b/>
          <w:sz w:val="20"/>
        </w:rPr>
        <w:t>3. Other Relevant Information:</w:t>
      </w:r>
    </w:p>
    <w:p>
      <w:r>
        <w:rPr>
          <w:b w:val="0"/>
          <w:sz w:val="20"/>
        </w:rPr>
        <w:t xml:space="preserve">    - _______________________________________________________________________</w:t>
      </w:r>
    </w:p>
    <w:p>
      <w:r>
        <w:rPr>
          <w:b w:val="0"/>
          <w:sz w:val="20"/>
        </w:rPr>
        <w:t xml:space="preserve">    - _______________________________________________________________________</w:t>
      </w:r>
    </w:p>
    <w:p>
      <w:r>
        <w:rPr>
          <w:b w:val="0"/>
          <w:sz w:val="20"/>
        </w:rPr>
        <w:t xml:space="preserve">    - _______________________________________________________________________</w:t>
      </w:r>
    </w:p>
    <w:p/>
    <w:p>
      <w:r>
        <w:rPr>
          <w:b/>
          <w:sz w:val="22"/>
        </w:rPr>
        <w:t>Request for Assistance</w:t>
      </w:r>
    </w:p>
    <w:p>
      <w:r>
        <w:rPr>
          <w:b w:val="0"/>
          <w:sz w:val="20"/>
        </w:rPr>
        <w:t>In light of the above circumstances, I respectfully request the following assistance or accommodations:</w:t>
      </w:r>
    </w:p>
    <w:p/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Affirmation and Release</w:t>
      </w:r>
    </w:p>
    <w:p>
      <w:r>
        <w:rPr>
          <w:b w:val="0"/>
          <w:sz w:val="20"/>
        </w:rPr>
        <w:t>I affirm that the information provided in this Medical Hardship Letter is true and accurate to the best of my knowledge. I understand that any false statements may result in denial of assistance or legal consequences.</w:t>
      </w:r>
    </w:p>
    <w:p/>
    <w:p>
      <w:r>
        <w:rPr>
          <w:b w:val="0"/>
          <w:sz w:val="20"/>
        </w:rPr>
        <w:t>I authorize the release of medical and financial information as necessary to verify this claim and to process any request for assistance or accommodation related to this hardship.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WITNESS (if applicable)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/>
    <w:p/>
    <w:p>
      <w:pPr>
        <w:jc w:val="center"/>
      </w:pPr>
      <w:r>
        <w:rPr>
          <w:b w:val="0"/>
          <w:sz w:val="20"/>
        </w:rPr>
        <w:t>Thank you for your consideration of this request.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https://letter247-us.com/medical-hardship-letter/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medical-hardship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