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DEBT VALIDATION LETTER</w:t>
      </w:r>
    </w:p>
    <w:p/>
    <w:p/>
    <w:p>
      <w:r>
        <w:rPr>
          <w:b w:val="0"/>
          <w:sz w:val="20"/>
        </w:rPr>
        <w:t>Your Name: ______________________________________________</w:t>
      </w:r>
    </w:p>
    <w:p>
      <w:r>
        <w:rPr>
          <w:b w:val="0"/>
          <w:sz w:val="20"/>
        </w:rPr>
        <w:t>Your Address: ___________________________________________</w:t>
      </w:r>
    </w:p>
    <w:p>
      <w:r>
        <w:rPr>
          <w:b w:val="0"/>
          <w:sz w:val="20"/>
        </w:rPr>
        <w:t>City, State, ZIP Code: ___________________________________</w:t>
      </w:r>
    </w:p>
    <w:p>
      <w:r>
        <w:rPr>
          <w:b w:val="0"/>
          <w:sz w:val="20"/>
        </w:rPr>
        <w:t>Phone Number: ___________________________________________</w:t>
      </w:r>
    </w:p>
    <w:p>
      <w:r>
        <w:rPr>
          <w:b w:val="0"/>
          <w:sz w:val="20"/>
        </w:rPr>
        <w:t>Email Address: ___________________________________________</w:t>
      </w:r>
    </w:p>
    <w:p/>
    <w:p/>
    <w:p>
      <w:r>
        <w:rPr>
          <w:b w:val="0"/>
          <w:sz w:val="20"/>
        </w:rPr>
        <w:t>Debt Collector Name: _____________________________________</w:t>
      </w:r>
    </w:p>
    <w:p>
      <w:r>
        <w:rPr>
          <w:b w:val="0"/>
          <w:sz w:val="20"/>
        </w:rPr>
        <w:t>Debt Collector Address: ___________________________________</w:t>
      </w:r>
    </w:p>
    <w:p>
      <w:r>
        <w:rPr>
          <w:b w:val="0"/>
          <w:sz w:val="20"/>
        </w:rPr>
        <w:t>City, State, ZIP Code: ___________________________________</w:t>
      </w:r>
    </w:p>
    <w:p/>
    <w:p/>
    <w:p>
      <w:r>
        <w:rPr>
          <w:b/>
          <w:sz w:val="20"/>
        </w:rPr>
        <w:t>Re: Request for Validation of Medical Debt</w:t>
      </w:r>
    </w:p>
    <w:p/>
    <w:p>
      <w:r>
        <w:rPr>
          <w:b w:val="0"/>
          <w:sz w:val="20"/>
        </w:rPr>
        <w:t>To Whom It May Concern,</w:t>
      </w:r>
    </w:p>
    <w:p/>
    <w:p>
      <w:r>
        <w:rPr>
          <w:b w:val="0"/>
          <w:sz w:val="20"/>
        </w:rPr>
        <w:t>I am writing in response to a notice I received regarding an alleged medical debt. Please be advised that I am exercising my rights under the Fair Debt Collection Practices Act (FDCPA), 15 U.S.C. § 1692g, to request a full validation of this debt. I respectfully request that you provide me with the following information:</w:t>
      </w:r>
    </w:p>
    <w:p/>
    <w:p>
      <w:pPr>
        <w:pStyle w:val="ListBullet"/>
      </w:pPr>
      <w:r>
        <w:rPr>
          <w:sz w:val="20"/>
        </w:rPr>
        <w:t>The amount of the alleged debt and an itemized statement showing the charges, payments, adjustments, and the current balance.</w:t>
      </w:r>
    </w:p>
    <w:p>
      <w:pPr>
        <w:pStyle w:val="ListBullet"/>
      </w:pPr>
      <w:r>
        <w:rPr>
          <w:sz w:val="20"/>
        </w:rPr>
        <w:t>The name and address of the original creditor.</w:t>
      </w:r>
    </w:p>
    <w:p>
      <w:pPr>
        <w:pStyle w:val="ListBullet"/>
      </w:pPr>
      <w:r>
        <w:rPr>
          <w:sz w:val="20"/>
        </w:rPr>
        <w:t>Copies of any documents or records that show I agreed to incur this debt or that establish your legal authority to collect this debt.</w:t>
      </w:r>
    </w:p>
    <w:p>
      <w:pPr>
        <w:pStyle w:val="ListBullet"/>
      </w:pPr>
      <w:r>
        <w:rPr>
          <w:sz w:val="20"/>
        </w:rPr>
        <w:t>Proof that you are licensed to collect debts in my state, including your license number(s).</w:t>
      </w:r>
    </w:p>
    <w:p>
      <w:pPr>
        <w:pStyle w:val="ListBullet"/>
      </w:pPr>
      <w:r>
        <w:rPr>
          <w:sz w:val="20"/>
        </w:rPr>
        <w:t>A detailed explanation of any fees, interest, or other charges added to the original amount.</w:t>
      </w:r>
    </w:p>
    <w:p>
      <w:pPr>
        <w:pStyle w:val="ListBullet"/>
      </w:pPr>
      <w:r>
        <w:rPr>
          <w:sz w:val="20"/>
        </w:rPr>
        <w:t>Verification or judgment that you have the legal right to collect this debt.</w:t>
      </w:r>
    </w:p>
    <w:p/>
    <w:p>
      <w:r>
        <w:rPr>
          <w:b w:val="0"/>
          <w:sz w:val="20"/>
        </w:rPr>
        <w:t>Until you provide the requested validation, you are required to cease all collection activities as mandated by the FDCPA. This includes reporting the alleged debt to any credit reporting agencies, filing any lawsuits, or any other collection efforts. Please provide all requested information to the address listed above.</w:t>
      </w:r>
    </w:p>
    <w:p/>
    <w:p>
      <w:r>
        <w:rPr>
          <w:b w:val="0"/>
          <w:sz w:val="20"/>
        </w:rPr>
        <w:t>Please be aware that any attempt to collect this debt without proper validation may constitute a violation of the FDCPA and other applicable laws, for which I am prepared to take appropriate legal action.</w:t>
      </w:r>
    </w:p>
    <w:p/>
    <w:p>
      <w:r>
        <w:rPr>
          <w:b w:val="0"/>
          <w:sz w:val="20"/>
        </w:rPr>
        <w:t>Thank you for your cooperation and prompt attention to this matter.</w:t>
      </w:r>
    </w:p>
    <w:p/>
    <w:p/>
    <w:p>
      <w:r>
        <w:rPr>
          <w:b w:val="0"/>
          <w:sz w:val="20"/>
        </w:rPr>
        <w:t>Sincerely,</w:t>
      </w:r>
    </w:p>
    <w:p/>
    <w:p/>
    <w:p/>
    <w:p/>
    <w:p>
      <w:r>
        <w:rPr>
          <w:b w:val="0"/>
          <w:sz w:val="20"/>
        </w:rPr>
        <w:t>Your Signature: _________________________________________</w:t>
      </w:r>
    </w:p>
    <w:p>
      <w:r>
        <w:rPr>
          <w:b w:val="0"/>
          <w:sz w:val="20"/>
        </w:rPr>
        <w:t>Printed Name: 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https://letter247-us.com/medical-debt-validation-letter/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edical-debt-valid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