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MARKETING LETTER</w:t>
      </w:r>
    </w:p>
    <w:p/>
    <w:p/>
    <w:p>
      <w:r>
        <w:rPr>
          <w:b/>
          <w:sz w:val="22"/>
        </w:rPr>
        <w:t>Sender Information</w:t>
      </w:r>
    </w:p>
    <w:p>
      <w:r>
        <w:rPr>
          <w:b w:val="0"/>
          <w:sz w:val="20"/>
        </w:rPr>
        <w:t>Company Name: _______________________________________________</w:t>
      </w:r>
    </w:p>
    <w:p>
      <w:r>
        <w:rPr>
          <w:b w:val="0"/>
          <w:sz w:val="20"/>
        </w:rPr>
        <w:t>Address: _________________________________________________</w:t>
      </w:r>
    </w:p>
    <w:p>
      <w:r>
        <w:rPr>
          <w:b w:val="0"/>
          <w:sz w:val="20"/>
        </w:rPr>
        <w:t>City, State, ZIP: ___________________________________________</w:t>
      </w:r>
    </w:p>
    <w:p>
      <w:r>
        <w:rPr>
          <w:b w:val="0"/>
          <w:sz w:val="20"/>
        </w:rPr>
        <w:t>Phone: _____________________________________________________</w:t>
      </w:r>
    </w:p>
    <w:p>
      <w:r>
        <w:rPr>
          <w:b w:val="0"/>
          <w:sz w:val="20"/>
        </w:rPr>
        <w:t>Email: _____________________________________________________</w:t>
      </w:r>
    </w:p>
    <w:p/>
    <w:p/>
    <w:p>
      <w:r>
        <w:rPr>
          <w:b/>
          <w:sz w:val="22"/>
        </w:rPr>
        <w:t>Recipient Information</w:t>
      </w:r>
    </w:p>
    <w:p>
      <w:r>
        <w:rPr>
          <w:b w:val="0"/>
          <w:sz w:val="20"/>
        </w:rPr>
        <w:t>Recipient Name: _____________________________________________</w:t>
      </w:r>
    </w:p>
    <w:p>
      <w:r>
        <w:rPr>
          <w:b w:val="0"/>
          <w:sz w:val="20"/>
        </w:rPr>
        <w:t>Company Name: ______________________________________________</w:t>
      </w:r>
    </w:p>
    <w:p>
      <w:r>
        <w:rPr>
          <w:b w:val="0"/>
          <w:sz w:val="20"/>
        </w:rPr>
        <w:t>Address: _________________________________________________</w:t>
      </w:r>
    </w:p>
    <w:p>
      <w:r>
        <w:rPr>
          <w:b w:val="0"/>
          <w:sz w:val="20"/>
        </w:rPr>
        <w:t>City, State, ZIP: ___________________________________________</w:t>
      </w:r>
    </w:p>
    <w:p>
      <w:r>
        <w:rPr>
          <w:b w:val="0"/>
          <w:sz w:val="20"/>
        </w:rPr>
        <w:t>Phone: _____________________________________________________</w:t>
      </w:r>
    </w:p>
    <w:p>
      <w:r>
        <w:rPr>
          <w:b w:val="0"/>
          <w:sz w:val="20"/>
        </w:rPr>
        <w:t>Email: _____________________________________________________</w:t>
      </w:r>
    </w:p>
    <w:p/>
    <w:p/>
    <w:p>
      <w:r>
        <w:rPr>
          <w:b w:val="0"/>
          <w:sz w:val="20"/>
        </w:rPr>
        <w:t>Dear ________________________________________,</w:t>
      </w:r>
    </w:p>
    <w:p/>
    <w:p>
      <w:r>
        <w:rPr>
          <w:b w:val="0"/>
          <w:sz w:val="20"/>
        </w:rPr>
        <w:t>We are pleased to introduce our company and the range of products and services we offer. Our commitment to excellence ensures you receive the highest quality solutions tailored to your needs.</w:t>
      </w:r>
    </w:p>
    <w:p/>
    <w:p>
      <w:r>
        <w:rPr>
          <w:b/>
          <w:sz w:val="22"/>
        </w:rPr>
        <w:t>Our Offerings</w:t>
      </w:r>
    </w:p>
    <w:p>
      <w:r>
        <w:rPr>
          <w:b w:val="0"/>
          <w:sz w:val="20"/>
        </w:rPr>
        <w:t>1. Product/Service One: Detailed description of Product/Service One, including key features, benefits, and how it can add value to your operations.</w:t>
      </w:r>
    </w:p>
    <w:p>
      <w:r>
        <w:rPr>
          <w:b w:val="0"/>
          <w:sz w:val="20"/>
        </w:rPr>
        <w:t>2. Product/Service Two: Overview of Product/Service Two, highlighting its unique advantages and applications.</w:t>
      </w:r>
    </w:p>
    <w:p>
      <w:r>
        <w:rPr>
          <w:b w:val="0"/>
          <w:sz w:val="20"/>
        </w:rPr>
        <w:t>3. Product/Service Three: Explanation of Product/Service Three, focusing on innovation, efficiency, and customer satisfaction.</w:t>
      </w:r>
    </w:p>
    <w:p/>
    <w:p>
      <w:r>
        <w:rPr>
          <w:b/>
          <w:sz w:val="22"/>
        </w:rPr>
        <w:t>Pricing and Payment Terms</w:t>
      </w:r>
    </w:p>
    <w:p>
      <w:r>
        <w:rPr>
          <w:b w:val="0"/>
          <w:sz w:val="20"/>
        </w:rPr>
        <w:t>We offer competitive pricing tailored to your requirements. Upon your expression of interest, we will provide a detailed quotation.</w:t>
      </w:r>
    </w:p>
    <w:p>
      <w:r>
        <w:rPr>
          <w:b w:val="0"/>
          <w:sz w:val="20"/>
        </w:rPr>
        <w:t>Payment terms are net 30 days from invoice date unless otherwise agreed in writing.</w:t>
      </w:r>
    </w:p>
    <w:p/>
    <w:p>
      <w:r>
        <w:rPr>
          <w:b/>
          <w:sz w:val="22"/>
        </w:rPr>
        <w:t>Delivery and Support</w:t>
      </w:r>
    </w:p>
    <w:p>
      <w:r>
        <w:rPr>
          <w:b w:val="0"/>
          <w:sz w:val="20"/>
        </w:rPr>
        <w:t>Our delivery schedules are prompt and reliable, ensuring your orders arrive on time. Comprehensive customer support is available to address any questions or concerns.</w:t>
      </w:r>
    </w:p>
    <w:p/>
    <w:p>
      <w:r>
        <w:rPr>
          <w:b/>
          <w:sz w:val="22"/>
        </w:rPr>
        <w:t>Legal Notices and Compliance</w:t>
      </w:r>
    </w:p>
    <w:p>
      <w:r>
        <w:rPr>
          <w:b w:val="0"/>
          <w:sz w:val="20"/>
        </w:rPr>
        <w:t>This marketing letter is for informational purposes only and does not constitute a binding offer or contract. Any agreements arising from this communication will be subject to mutually agreed written contracts governed by the laws of the United States of America.</w:t>
      </w:r>
    </w:p>
    <w:p>
      <w:r>
        <w:rPr>
          <w:b w:val="0"/>
          <w:sz w:val="20"/>
        </w:rPr>
        <w:t>All products and services are provided subject to standard terms and conditions, including warranties, liabilities, and indemnities as detailed in the final contractual documents.</w:t>
      </w:r>
    </w:p>
    <w:p/>
    <w:p>
      <w:r>
        <w:rPr>
          <w:b/>
          <w:sz w:val="22"/>
        </w:rPr>
        <w:t>Confidentiality</w:t>
      </w:r>
    </w:p>
    <w:p>
      <w:r>
        <w:rPr>
          <w:b w:val="0"/>
          <w:sz w:val="20"/>
        </w:rPr>
        <w:t>This letter and its contents are confidential and intended solely for the use of the recipient. Unauthorized disclosure, copying, or distribution is strictly prohibited.</w:t>
      </w:r>
    </w:p>
    <w:p/>
    <w:p/>
    <w:p>
      <w:r>
        <w:rPr>
          <w:b w:val="0"/>
          <w:sz w:val="20"/>
        </w:rPr>
        <w:t>We look forward to the opportunity to work together and invite you to contact us for further information or to arrange a meeting.</w:t>
      </w:r>
    </w:p>
    <w:p/>
    <w:p/>
    <w:p>
      <w:r>
        <w:rPr>
          <w:b w:val="0"/>
          <w:sz w:val="20"/>
        </w:rPr>
        <w:t>Sincerely,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Recipient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https://letter247-us.com/marketing-letter/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https://letter247-us.com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letter247-us.com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tter247-us.com/marketing-letter/" TargetMode="External"/><Relationship Id="rId10" Type="http://schemas.openxmlformats.org/officeDocument/2006/relationships/hyperlink" Target="https://letter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