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val="0"/>
          <w:sz w:val="20"/>
        </w:rPr>
        <w:t>Sender Name</w:t>
      </w:r>
    </w:p>
    <w:p>
      <w:r>
        <w:rPr>
          <w:b w:val="0"/>
          <w:sz w:val="20"/>
        </w:rPr>
        <w:t>Sender Title/Position</w:t>
      </w:r>
    </w:p>
    <w:p>
      <w:r>
        <w:rPr>
          <w:b w:val="0"/>
          <w:sz w:val="20"/>
        </w:rPr>
        <w:t>Company Name</w:t>
      </w:r>
    </w:p>
    <w:p>
      <w:r>
        <w:rPr>
          <w:b w:val="0"/>
          <w:sz w:val="20"/>
        </w:rPr>
        <w:t>Street Address</w:t>
      </w:r>
    </w:p>
    <w:p>
      <w:r>
        <w:rPr>
          <w:b w:val="0"/>
          <w:sz w:val="20"/>
        </w:rPr>
        <w:t>City, State ZIP Code</w:t>
      </w:r>
    </w:p>
    <w:p>
      <w:r>
        <w:rPr>
          <w:b w:val="0"/>
          <w:sz w:val="20"/>
        </w:rPr>
        <w:t>Phone: (___) ___-____</w:t>
      </w:r>
    </w:p>
    <w:p>
      <w:r>
        <w:rPr>
          <w:b w:val="0"/>
          <w:sz w:val="20"/>
        </w:rPr>
        <w:t>Email: sender@example.com</w:t>
      </w:r>
    </w:p>
    <w:p/>
    <w:p/>
    <w:p>
      <w:r>
        <w:rPr>
          <w:b w:val="0"/>
          <w:sz w:val="20"/>
        </w:rPr>
        <w:t>Recipient Name</w:t>
      </w:r>
    </w:p>
    <w:p>
      <w:r>
        <w:rPr>
          <w:b w:val="0"/>
          <w:sz w:val="20"/>
        </w:rPr>
        <w:t>Recipient Title/Position</w:t>
      </w:r>
    </w:p>
    <w:p>
      <w:r>
        <w:rPr>
          <w:b w:val="0"/>
          <w:sz w:val="20"/>
        </w:rPr>
        <w:t>Company Name</w:t>
      </w:r>
    </w:p>
    <w:p>
      <w:r>
        <w:rPr>
          <w:b w:val="0"/>
          <w:sz w:val="20"/>
        </w:rPr>
        <w:t>Street Address</w:t>
      </w:r>
    </w:p>
    <w:p>
      <w:r>
        <w:rPr>
          <w:b w:val="0"/>
          <w:sz w:val="20"/>
        </w:rPr>
        <w:t>City, State ZIP Code</w:t>
      </w:r>
    </w:p>
    <w:p/>
    <w:p/>
    <w:p>
      <w:r>
        <w:rPr>
          <w:b w:val="0"/>
          <w:sz w:val="20"/>
        </w:rPr>
        <w:t>Dear [Recipient Name]:</w:t>
      </w:r>
    </w:p>
    <w:p/>
    <w:p>
      <w:r>
        <w:rPr>
          <w:b w:val="0"/>
          <w:sz w:val="20"/>
        </w:rPr>
        <w:t>I am writing to you regarding the matters discussed during our recent communications. Please find enclosed the documents pertinent to our agreement and any additional information required for your review.</w:t>
      </w:r>
    </w:p>
    <w:p/>
    <w:p>
      <w:r>
        <w:rPr>
          <w:b/>
          <w:sz w:val="20"/>
        </w:rPr>
        <w:t>1. Enclosed Documents:</w:t>
      </w:r>
    </w:p>
    <w:p>
      <w:r>
        <w:rPr>
          <w:b w:val="0"/>
          <w:sz w:val="20"/>
        </w:rPr>
        <w:t>Please find enclosed the following documents for your attention:</w:t>
      </w:r>
    </w:p>
    <w:p>
      <w:r>
        <w:rPr>
          <w:b w:val="0"/>
          <w:sz w:val="20"/>
        </w:rPr>
        <w:t xml:space="preserve">   a) Contract Agreement</w:t>
      </w:r>
    </w:p>
    <w:p>
      <w:r>
        <w:rPr>
          <w:b w:val="0"/>
          <w:sz w:val="20"/>
        </w:rPr>
        <w:t xml:space="preserve">   b) Exhibit A – Specifications</w:t>
      </w:r>
    </w:p>
    <w:p>
      <w:r>
        <w:rPr>
          <w:b w:val="0"/>
          <w:sz w:val="20"/>
        </w:rPr>
        <w:t xml:space="preserve">   c) Proof of Payment</w:t>
      </w:r>
    </w:p>
    <w:p>
      <w:r>
        <w:rPr>
          <w:b w:val="0"/>
          <w:sz w:val="20"/>
        </w:rPr>
        <w:t xml:space="preserve">   d) Compliance Certifications</w:t>
      </w:r>
    </w:p>
    <w:p>
      <w:r>
        <w:rPr>
          <w:b w:val="0"/>
          <w:sz w:val="20"/>
        </w:rPr>
        <w:t xml:space="preserve">   e) Other supporting documentation as requested</w:t>
      </w:r>
    </w:p>
    <w:p/>
    <w:p>
      <w:r>
        <w:rPr>
          <w:b/>
          <w:sz w:val="20"/>
        </w:rPr>
        <w:t>2. Action Required:</w:t>
      </w:r>
    </w:p>
    <w:p>
      <w:r>
        <w:rPr>
          <w:b w:val="0"/>
          <w:sz w:val="20"/>
        </w:rPr>
        <w:t>Kindly review the enclosed documents and confirm your acceptance by signing and returning the enclosed copy of the contract agreement. Should you require any further information or clarification, please do not hesitate to contact me at your earliest convenience.</w:t>
      </w:r>
    </w:p>
    <w:p/>
    <w:p>
      <w:r>
        <w:rPr>
          <w:b/>
          <w:sz w:val="20"/>
        </w:rPr>
        <w:t>3. Confidentiality:</w:t>
      </w:r>
    </w:p>
    <w:p>
      <w:r>
        <w:rPr>
          <w:b w:val="0"/>
          <w:sz w:val="20"/>
        </w:rPr>
        <w:t>The information contained in this letter and enclosed documents is confidential and intended solely for the use of the recipient. Unauthorized disclosure, copying, or distribution of any part of this correspondence is strictly prohibited and may be unlawful.</w:t>
      </w:r>
    </w:p>
    <w:p/>
    <w:p>
      <w:r>
        <w:rPr>
          <w:b/>
          <w:sz w:val="20"/>
        </w:rPr>
        <w:t>4. Legal Compliance:</w:t>
      </w:r>
    </w:p>
    <w:p>
      <w:r>
        <w:rPr>
          <w:b w:val="0"/>
          <w:sz w:val="20"/>
        </w:rPr>
        <w:t>All actions contemplated herein shall comply with applicable federal, state, and local laws and regulations. This letter and any related agreements shall be governed by and construed in accordance with the laws of the United States and the State of [State], without regard to conflicts of law principles.</w:t>
      </w:r>
    </w:p>
    <w:p/>
    <w:p>
      <w:r>
        <w:rPr>
          <w:b w:val="0"/>
          <w:sz w:val="20"/>
        </w:rPr>
        <w:t>Thank you for your prompt attention to these matters. I look forward to your response.</w:t>
      </w:r>
    </w:p>
    <w:p/>
    <w:p/>
    <w:p>
      <w:pPr>
        <w:jc w:val="center"/>
      </w:pPr>
      <w:r>
        <w:rPr>
          <w:b w:val="0"/>
          <w:sz w:val="20"/>
        </w:rPr>
        <w:t>Sincerely,</w:t>
      </w:r>
    </w:p>
    <w:p/>
    <w:p/>
    <w:p/>
    <w:p/>
    <w:p>
      <w:pPr>
        <w:jc w:val="center"/>
      </w:pPr>
      <w:r>
        <w:rPr>
          <w:b w:val="0"/>
          <w:sz w:val="20"/>
        </w:rPr>
        <w:t>Sender Name</w:t>
      </w:r>
    </w:p>
    <w:p>
      <w:pPr>
        <w:jc w:val="center"/>
      </w:pPr>
      <w:r>
        <w:rPr>
          <w:b w:val="0"/>
          <w:sz w:val="20"/>
        </w:rPr>
        <w:t>Sender Title/Position</w:t>
      </w:r>
    </w:p>
    <w:p/>
    <w:p/>
    <w:p>
      <w:r>
        <w:rPr>
          <w:b/>
          <w:sz w:val="20"/>
        </w:rPr>
        <w:t>Enclosures:</w:t>
      </w:r>
    </w:p>
    <w:p>
      <w:r>
        <w:rPr>
          <w:b w:val="0"/>
          <w:sz w:val="20"/>
        </w:rPr>
        <w:t>- Contract Agreement</w:t>
      </w:r>
    </w:p>
    <w:p>
      <w:r>
        <w:rPr>
          <w:b w:val="0"/>
          <w:sz w:val="20"/>
        </w:rPr>
        <w:t>- Exhibit A – Specifications</w:t>
      </w:r>
    </w:p>
    <w:p>
      <w:r>
        <w:rPr>
          <w:b w:val="0"/>
          <w:sz w:val="20"/>
        </w:rPr>
        <w:t>- Proof of Payment</w:t>
      </w:r>
    </w:p>
    <w:p>
      <w:r>
        <w:rPr>
          <w:b w:val="0"/>
          <w:sz w:val="20"/>
        </w:rPr>
        <w:t>- Compliance Certifications</w:t>
      </w:r>
    </w:p>
    <w:p>
      <w:r>
        <w:rPr>
          <w:b w:val="0"/>
          <w:sz w:val="20"/>
        </w:rPr>
        <w:t>- Additional Supporting Documents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Recipient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r>
        <w:tc>
          <w:tcPr>
            <w:tcW w:type="dxa" w:w="4986"/>
            <w:tcBorders>
              <w:top w:val="nil"/>
              <w:left w:val="nil"/>
              <w:bottom w:val="nil"/>
              <w:right w:val="nil"/>
              <w:insideH w:val="nil"/>
              <w:insideV w:val="nil"/>
            </w:tcBorders>
          </w:tcPr>
          <w:p>
            <w:pPr>
              <w:jc w:val="center"/>
            </w:pPr>
            <w:r>
              <w:t>Print Name: ____________________</w:t>
            </w:r>
          </w:p>
        </w:tc>
        <w:tc>
          <w:tcPr>
            <w:tcW w:type="dxa" w:w="4986"/>
            <w:tcBorders>
              <w:top w:val="nil"/>
              <w:left w:val="nil"/>
              <w:bottom w:val="nil"/>
              <w:right w:val="nil"/>
              <w:insideH w:val="nil"/>
              <w:insideV w:val="nil"/>
            </w:tcBorders>
          </w:tcPr>
          <w:p>
            <w:pPr>
              <w:jc w:val="center"/>
            </w:pPr>
            <w:r>
              <w:t>Title: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https://letter247-us.com/letter-with-enclosures/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letter-with-enclosures/"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