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0"/>
        </w:rPr>
        <w:t>LETTER TO THE COURT</w:t>
      </w:r>
    </w:p>
    <w:p/>
    <w:p/>
    <w:p>
      <w:r>
        <w:rPr>
          <w:b/>
          <w:sz w:val="20"/>
        </w:rPr>
        <w:t>To:</w:t>
      </w:r>
    </w:p>
    <w:p>
      <w:r>
        <w:rPr>
          <w:b w:val="0"/>
          <w:sz w:val="20"/>
        </w:rPr>
        <w:t>The Honorable Judge</w:t>
      </w:r>
    </w:p>
    <w:p>
      <w:r>
        <w:rPr>
          <w:b w:val="0"/>
          <w:sz w:val="20"/>
        </w:rPr>
        <w:t>United States District Court</w:t>
      </w:r>
    </w:p>
    <w:p>
      <w:r>
        <w:rPr>
          <w:b w:val="0"/>
          <w:sz w:val="20"/>
        </w:rPr>
        <w:t>______________________________</w:t>
      </w:r>
    </w:p>
    <w:p>
      <w:r>
        <w:rPr>
          <w:b w:val="0"/>
          <w:sz w:val="20"/>
        </w:rPr>
        <w:t>______________________________</w:t>
      </w:r>
    </w:p>
    <w:p/>
    <w:p>
      <w:r>
        <w:rPr>
          <w:b/>
          <w:sz w:val="20"/>
        </w:rPr>
        <w:t>Re:</w:t>
      </w:r>
    </w:p>
    <w:p>
      <w:r>
        <w:rPr>
          <w:b w:val="0"/>
          <w:sz w:val="20"/>
        </w:rPr>
        <w:t>Case Name: ____________________________________________</w:t>
      </w:r>
    </w:p>
    <w:p>
      <w:r>
        <w:rPr>
          <w:b w:val="0"/>
          <w:sz w:val="20"/>
        </w:rPr>
        <w:t>Case Number: __________________________________________</w:t>
      </w:r>
    </w:p>
    <w:p>
      <w:r>
        <w:rPr>
          <w:b w:val="0"/>
          <w:sz w:val="20"/>
        </w:rPr>
        <w:t>Courtroom: ____________________________________________</w:t>
      </w:r>
    </w:p>
    <w:p/>
    <w:p/>
    <w:p>
      <w:r>
        <w:rPr>
          <w:b/>
          <w:sz w:val="20"/>
        </w:rPr>
        <w:t>From:</w:t>
      </w:r>
    </w:p>
    <w:p>
      <w:r>
        <w:rPr>
          <w:b w:val="0"/>
          <w:sz w:val="20"/>
        </w:rPr>
        <w:t>Name: _________________________________________________</w:t>
      </w:r>
    </w:p>
    <w:p>
      <w:r>
        <w:rPr>
          <w:b w:val="0"/>
          <w:sz w:val="20"/>
        </w:rPr>
        <w:t>Address: _______________________________________________</w:t>
      </w:r>
    </w:p>
    <w:p>
      <w:r>
        <w:rPr>
          <w:b w:val="0"/>
          <w:sz w:val="20"/>
        </w:rPr>
        <w:t>City, State, ZIP: _______________________________________</w:t>
      </w:r>
    </w:p>
    <w:p>
      <w:r>
        <w:rPr>
          <w:b w:val="0"/>
          <w:sz w:val="20"/>
        </w:rPr>
        <w:t>Phone Number: __________________________________________</w:t>
      </w:r>
    </w:p>
    <w:p>
      <w:r>
        <w:rPr>
          <w:b w:val="0"/>
          <w:sz w:val="20"/>
        </w:rPr>
        <w:t>Email: _________________________________________________</w:t>
      </w:r>
    </w:p>
    <w:p/>
    <w:p/>
    <w:p>
      <w:r>
        <w:rPr>
          <w:b w:val="0"/>
          <w:sz w:val="20"/>
        </w:rPr>
        <w:t>Dear Honorable Judge,</w:t>
      </w:r>
    </w:p>
    <w:p/>
    <w:p>
      <w:r>
        <w:rPr>
          <w:b w:val="0"/>
          <w:sz w:val="20"/>
        </w:rPr>
        <w:t>I am writing to the Court in relation to the above-captioned case. This letter aims to provide important information, requests, and clarifications pertinent to the proceedings. Please consider the following details carefully.</w:t>
      </w:r>
    </w:p>
    <w:p/>
    <w:p/>
    <w:p>
      <w:r>
        <w:rPr>
          <w:b/>
          <w:sz w:val="20"/>
        </w:rPr>
        <w:t>Statement of Facts:</w:t>
      </w:r>
    </w:p>
    <w:p>
      <w:r>
        <w:rPr>
          <w:b w:val="0"/>
          <w:sz w:val="20"/>
        </w:rPr>
        <w:t>1. The parties involved in this matter are as follows: [Provide concise details of parties].</w:t>
        <w:br/>
        <w:t>2. On [date], the relevant events occurred as follows: [Describe events succinctly].</w:t>
        <w:br/>
        <w:t>3. The circumstances surrounding the case include the following pertinent facts: [Elaborate with clarity].</w:t>
      </w:r>
    </w:p>
    <w:p/>
    <w:p>
      <w:r>
        <w:rPr>
          <w:b/>
          <w:sz w:val="20"/>
        </w:rPr>
        <w:t>Issues Presented:</w:t>
      </w:r>
    </w:p>
    <w:p>
      <w:r>
        <w:rPr>
          <w:b w:val="0"/>
          <w:sz w:val="20"/>
        </w:rPr>
        <w:t>The issues before the Court include but are not limited to:</w:t>
        <w:br/>
        <w:t>a) Determination of [specific legal question or dispute].</w:t>
        <w:br/>
        <w:t>b) Consideration of the admissibility of evidence presented.</w:t>
        <w:br/>
        <w:t>c) Any other matters relevant to a fair and just resolution of the case.</w:t>
      </w:r>
    </w:p>
    <w:p/>
    <w:p>
      <w:r>
        <w:rPr>
          <w:b/>
          <w:sz w:val="20"/>
        </w:rPr>
        <w:t>Legal Basis and Arguments:</w:t>
      </w:r>
    </w:p>
    <w:p>
      <w:r>
        <w:rPr>
          <w:b w:val="0"/>
          <w:sz w:val="20"/>
        </w:rPr>
        <w:t>Pursuant to applicable United States federal and state laws, including but not limited to [cite statutory provisions, case law, or regulations], the undersigned submits the following arguments:</w:t>
        <w:br/>
        <w:t>1. [Legal Argument One]: Explanation supporting this argument with references.</w:t>
        <w:br/>
        <w:t>2. [Legal Argument Two]: Explanation supporting this argument with references.</w:t>
        <w:br/>
        <w:t>3. [Additional arguments as necessary.]</w:t>
      </w:r>
    </w:p>
    <w:p/>
    <w:p>
      <w:r>
        <w:rPr>
          <w:b/>
          <w:sz w:val="20"/>
        </w:rPr>
        <w:t>Requests to the Court:</w:t>
      </w:r>
    </w:p>
    <w:p>
      <w:r>
        <w:rPr>
          <w:b w:val="0"/>
          <w:sz w:val="20"/>
        </w:rPr>
        <w:t>Based on the foregoing, the undersigned respectfully requests that the Court:</w:t>
        <w:br/>
        <w:t>a) Grant relief as appropriate under law.</w:t>
        <w:br/>
        <w:t>b) Order [specific action or injunction].</w:t>
        <w:br/>
        <w:t>c) Schedule hearings or conferences as deemed necessary.</w:t>
        <w:br/>
        <w:t>d) Consider any additional relief the Court finds just and proper.</w:t>
      </w:r>
    </w:p>
    <w:p/>
    <w:p>
      <w:r>
        <w:rPr>
          <w:b/>
          <w:sz w:val="20"/>
        </w:rPr>
        <w:t>Supporting Documents:</w:t>
      </w:r>
    </w:p>
    <w:p>
      <w:r>
        <w:rPr>
          <w:b w:val="0"/>
          <w:sz w:val="20"/>
        </w:rPr>
        <w:t>Attached herewith are copies of documents supporting the statements and requests contained herein, including but not limited to:</w:t>
        <w:br/>
        <w:t>- Exhibits A through [X]: [Brief description of exhibits].</w:t>
        <w:br/>
        <w:t>- Affidavits and declarations as required.</w:t>
        <w:br/>
        <w:t>- Any other pertinent documentation.</w:t>
      </w:r>
    </w:p>
    <w:p/>
    <w:p>
      <w:r>
        <w:rPr>
          <w:b/>
          <w:sz w:val="20"/>
        </w:rPr>
        <w:t>Closing Statement:</w:t>
      </w:r>
    </w:p>
    <w:p>
      <w:r>
        <w:rPr>
          <w:b w:val="0"/>
          <w:sz w:val="20"/>
        </w:rPr>
        <w:t>Thank you for your attention to this matter. The undersigned remains at the Court’s disposal for any further information or clarification it may require.</w:t>
      </w:r>
    </w:p>
    <w:p/>
    <w:p/>
    <w:p>
      <w:r>
        <w:rPr>
          <w:b w:val="0"/>
          <w:sz w:val="20"/>
        </w:rPr>
        <w:t>Respectfully submitted,</w:t>
      </w:r>
    </w:p>
    <w:p/>
    <w:p/>
    <w:p/>
    <w:tbl>
      <w:tblPr>
        <w:tblW w:type="auto" w:w="0"/>
        <w:tblLayout w:type="autofit"/>
        <w:tblLook w:firstColumn="1" w:firstRow="1" w:lastColumn="0" w:lastRow="0" w:noHBand="0" w:noVBand="1" w:val="04A0"/>
      </w:tblPr>
      <w:tblGrid>
        <w:gridCol w:w="9972"/>
      </w:tblGrid>
      <w:tr>
        <w:tc>
          <w:tcPr>
            <w:tcW w:type="dxa" w:w="9972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left"/>
            </w:pPr>
            <w:r>
              <w:t>Signature: ____________________________________________</w:t>
            </w:r>
          </w:p>
        </w:tc>
      </w:tr>
      <w:tr>
        <w:tc>
          <w:tcPr>
            <w:tcW w:type="dxa" w:w="9972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left"/>
            </w:pPr>
            <w:r>
              <w:t>Printed Name: _________________________________________</w:t>
            </w:r>
          </w:p>
        </w:tc>
      </w:tr>
      <w:tr>
        <w:tc>
          <w:tcPr>
            <w:tcW w:type="dxa" w:w="9972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left"/>
            </w:pPr>
            <w:r>
              <w:t>Date: _____________________________</w:t>
            </w:r>
          </w:p>
        </w:tc>
      </w:tr>
    </w:tbl>
    <w:p/>
    <w:p/>
    <w:p/>
    <w:p>
      <w:r>
        <w:rPr>
          <w:b/>
          <w:sz w:val="20"/>
        </w:rPr>
        <w:t>Contact Information (if different from above):</w:t>
      </w:r>
    </w:p>
    <w:p>
      <w:r>
        <w:rPr>
          <w:b w:val="0"/>
          <w:sz w:val="20"/>
        </w:rPr>
        <w:t>Name: _________________________________________________</w:t>
      </w:r>
    </w:p>
    <w:p>
      <w:r>
        <w:rPr>
          <w:b w:val="0"/>
          <w:sz w:val="20"/>
        </w:rPr>
        <w:t>Phone: _________________________________________________</w:t>
      </w:r>
    </w:p>
    <w:p>
      <w:r>
        <w:rPr>
          <w:b w:val="0"/>
          <w:sz w:val="20"/>
        </w:rPr>
        <w:t>Email: _________________________________________________</w:t>
      </w:r>
    </w:p>
    <w:p/>
    <w:p/>
    <w:p>
      <w:pPr>
        <w:jc w:val="center"/>
      </w:pPr>
      <w:r>
        <w:rPr>
          <w:sz w:val="16"/>
        </w:rPr>
        <w:t>This letter is submitted without prejudice to any rights or remedies available to the sender under applicable law.</w:t>
      </w:r>
    </w:p>
    <w:p>
      <w:r>
        <w:br w:type="page"/>
      </w:r>
    </w:p>
    <w:p>
      <w:pPr>
        <w:jc w:val="center"/>
      </w:pPr>
      <w:r>
        <w:rPr>
          <w:color w:val="555555"/>
          <w:sz w:val="24"/>
        </w:rPr>
        <w:t>Original source of this document:</w:t>
      </w:r>
    </w:p>
    <w:p>
      <w:pPr>
        <w:jc w:val="center"/>
      </w:pPr>
      <w:hyperlink r:id="rId9">
        <w:r>
          <w:rPr>
            <w:color w:val="0000FF"/>
            <w:u w:val="single"/>
          </w:rPr>
          <w:t>https://letter247-us.com/letter-to-court/</w:t>
        </w:r>
      </w:hyperlink>
    </w:p>
    <w:p>
      <w:pPr>
        <w:jc w:val="center"/>
      </w:pPr>
      <w:r>
        <w:rPr>
          <w:color w:val="555555"/>
          <w:sz w:val="26"/>
        </w:rPr>
        <w:t>Did you find this template helpful?</w:t>
      </w:r>
    </w:p>
    <w:p>
      <w:pPr>
        <w:jc w:val="center"/>
      </w:pPr>
      <w:r>
        <w:rPr>
          <w:color w:val="555555"/>
          <w:sz w:val="26"/>
        </w:rPr>
        <w:t>Find more updated templates at:</w:t>
      </w:r>
    </w:p>
    <w:p>
      <w:pPr>
        <w:jc w:val="center"/>
      </w:pPr>
      <w:hyperlink r:id="rId10">
        <w:r>
          <w:rPr>
            <w:color w:val="0000FF"/>
            <w:u w:val="single"/>
          </w:rPr>
          <w:t>https://letter247-us.com</w:t>
        </w:r>
      </w:hyperlink>
    </w:p>
    <w:p>
      <w:pPr>
        <w:jc w:val="center"/>
      </w:pPr>
      <w:r>
        <w:rPr>
          <w:color w:val="808080"/>
          <w:sz w:val="20"/>
        </w:rPr>
        <w:t>This template is intended exclusively for personal, non-commercial use.</w:t>
        <w:br/>
        <w:t>If distributed or published, the source must be mentioned. © letter247-us.com</w:t>
      </w:r>
    </w:p>
    <w:sectPr w:rsidR="00FC693F" w:rsidRPr="0006063C" w:rsidSect="00034616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letter247-us.com/letter-to-court/" TargetMode="External"/><Relationship Id="rId10" Type="http://schemas.openxmlformats.org/officeDocument/2006/relationships/hyperlink" Target="https://letter247-us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