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RESIDENCY</w:t>
      </w:r>
    </w:p>
    <w:p/>
    <w:p/>
    <w:p>
      <w:r>
        <w:rPr>
          <w:b w:val="0"/>
          <w:sz w:val="20"/>
        </w:rPr>
        <w:t>To Whom It May Concern,</w:t>
      </w:r>
    </w:p>
    <w:p/>
    <w:p>
      <w:r>
        <w:rPr>
          <w:b w:val="0"/>
          <w:sz w:val="20"/>
        </w:rPr>
        <w:t>This letter serves to confirm the residency status of the individual named below. The undersigned affirms, under penalty of perjury, that the information contained herein is true and accurate to the best of their knowledge.</w:t>
      </w:r>
    </w:p>
    <w:p/>
    <w:p/>
    <w:p>
      <w:r>
        <w:rPr>
          <w:b/>
          <w:sz w:val="20"/>
        </w:rPr>
        <w:t>Resident Information:</w:t>
      </w:r>
    </w:p>
    <w:p>
      <w:r>
        <w:rPr>
          <w:b w:val="0"/>
          <w:sz w:val="20"/>
        </w:rPr>
        <w:t>Full Name: ________________________________________________________________</w:t>
      </w:r>
    </w:p>
    <w:p>
      <w:r>
        <w:rPr>
          <w:b w:val="0"/>
          <w:sz w:val="20"/>
        </w:rPr>
        <w:t>Date of Birth: ____________________________________________________________</w:t>
      </w:r>
    </w:p>
    <w:p>
      <w:r>
        <w:rPr>
          <w:b w:val="0"/>
          <w:sz w:val="20"/>
        </w:rPr>
        <w:t>Social Security Number (last four digits): ________________________________</w:t>
      </w:r>
    </w:p>
    <w:p>
      <w:r>
        <w:rPr>
          <w:b w:val="0"/>
          <w:sz w:val="20"/>
        </w:rPr>
        <w:t>Current Address: __________________________________________________________</w:t>
      </w:r>
    </w:p>
    <w:p>
      <w:r>
        <w:rPr>
          <w:b w:val="0"/>
          <w:sz w:val="20"/>
        </w:rPr>
        <w:t>City: _______________________ State: _____________ ZIP Code: _____________</w:t>
      </w:r>
    </w:p>
    <w:p/>
    <w:p>
      <w:r>
        <w:rPr>
          <w:b/>
          <w:sz w:val="20"/>
        </w:rPr>
        <w:t>Residency Details:</w:t>
      </w:r>
    </w:p>
    <w:p>
      <w:r>
        <w:rPr>
          <w:b w:val="0"/>
          <w:sz w:val="20"/>
        </w:rPr>
        <w:t>The individual named above has resided at the address detailed above since ______________________________ (month and year of move-in). This address is their primary place of residence and domicile.</w:t>
      </w:r>
    </w:p>
    <w:p>
      <w:r>
        <w:rPr>
          <w:b w:val="0"/>
          <w:sz w:val="20"/>
        </w:rPr>
        <w:t>The undersigned attests that this information is provided for the purpose of verifying residency status and may be used in connection with legal, governmental, financial, or other official matters where proof of residency is required.</w:t>
      </w:r>
    </w:p>
    <w:p/>
    <w:p>
      <w:r>
        <w:rPr>
          <w:b/>
          <w:sz w:val="20"/>
        </w:rPr>
        <w:t>Landlord/Property Owner Information:</w:t>
      </w:r>
    </w:p>
    <w:p>
      <w:r>
        <w:rPr>
          <w:b w:val="0"/>
          <w:sz w:val="20"/>
        </w:rPr>
        <w:t>Full Name: ________________________________________________________________</w:t>
      </w:r>
    </w:p>
    <w:p>
      <w:r>
        <w:rPr>
          <w:b w:val="0"/>
          <w:sz w:val="20"/>
        </w:rPr>
        <w:t>Relationship to Resident: ___________________________________________________</w:t>
      </w:r>
    </w:p>
    <w:p>
      <w:r>
        <w:rPr>
          <w:b w:val="0"/>
          <w:sz w:val="20"/>
        </w:rPr>
        <w:t>Phone Number: ______________________________________________________________</w:t>
      </w:r>
    </w:p>
    <w:p>
      <w:r>
        <w:rPr>
          <w:b w:val="0"/>
          <w:sz w:val="20"/>
        </w:rPr>
        <w:t>Email Address: ______________________________________________________________</w:t>
      </w:r>
    </w:p>
    <w:p/>
    <w:p>
      <w:r>
        <w:rPr>
          <w:b/>
          <w:sz w:val="20"/>
        </w:rPr>
        <w:t>Affirmation:</w:t>
      </w:r>
    </w:p>
    <w:p>
      <w:r>
        <w:rPr>
          <w:b w:val="0"/>
          <w:sz w:val="20"/>
        </w:rPr>
        <w:t>I hereby declare under penalty of perjury under the laws of the United States of America that the foregoing is true and correct. I understand that providing false information may subject me to civil and criminal penalties.</w:t>
      </w:r>
    </w:p>
    <w:p/>
    <w:p>
      <w:r>
        <w:rPr>
          <w:b w:val="0"/>
          <w:sz w:val="20"/>
        </w:rPr>
        <w:t>Signature of Landlord/Property Owner: _________________________________</w:t>
      </w:r>
    </w:p>
    <w:p>
      <w:r>
        <w:rPr>
          <w:b w:val="0"/>
          <w:sz w:val="20"/>
        </w:rPr>
        <w:t>Printed Name: _____________________________________________________________</w:t>
      </w:r>
    </w:p>
    <w:p>
      <w:r>
        <w:rPr>
          <w:b w:val="0"/>
          <w:sz w:val="20"/>
        </w:rPr>
        <w:t>Date: ____________________________________________________________________</w:t>
      </w:r>
    </w:p>
    <w:p/>
    <w:p/>
    <w:p>
      <w:r>
        <w:rPr>
          <w:b/>
          <w:sz w:val="20"/>
        </w:rPr>
        <w:t>Notary Public Certification:</w:t>
      </w:r>
    </w:p>
    <w:p>
      <w:r>
        <w:rPr>
          <w:b w:val="0"/>
          <w:sz w:val="20"/>
        </w:rPr>
        <w:t>State of _______________________</w:t>
        <w:br/>
        <w:t>County of ______________________</w:t>
        <w:br/>
        <w:br/>
        <w:t>Subscribed and sworn to (or affirmed) before me on this _______ day of ________________, by ______________________________________ (name of person who appeared).</w:t>
      </w:r>
    </w:p>
    <w:p>
      <w:r>
        <w:rPr>
          <w:b w:val="0"/>
          <w:sz w:val="20"/>
        </w:rPr>
        <w:t>Notary Public Signature: ____________________________________________</w:t>
        <w:br/>
        <w:t>Notary Public Name (printed): _______________________________________</w:t>
        <w:br/>
        <w:t>My commission expires: _____________________________________________</w:t>
        <w:br/>
        <w:t>Notary Seal:</w:t>
      </w:r>
    </w:p>
    <w:p/>
    <w:p/>
    <w:p/>
    <w:p>
      <w:r>
        <w:rPr>
          <w:b/>
          <w:sz w:val="20"/>
        </w:rPr>
        <w:t>Notes:</w:t>
      </w:r>
    </w:p>
    <w:p>
      <w:r>
        <w:rPr>
          <w:b w:val="0"/>
          <w:sz w:val="20"/>
        </w:rPr>
        <w:t>This letter is issued without any warranties or guarantees except as expressly stated herein. It serves solely as evidence of residency for the individual named above as of the date of signature.</w:t>
      </w:r>
    </w:p>
    <w:p/>
    <w:p>
      <w:r>
        <w:rPr>
          <w:b/>
          <w:sz w:val="20"/>
        </w:rPr>
        <w:t>Witness:</w:t>
      </w:r>
    </w:p>
    <w:p>
      <w:r>
        <w:rPr>
          <w:b w:val="0"/>
          <w:sz w:val="20"/>
        </w:rPr>
        <w:t>Signature: ________________________________________________________________</w:t>
      </w:r>
    </w:p>
    <w:p>
      <w:r>
        <w:rPr>
          <w:b w:val="0"/>
          <w:sz w:val="20"/>
        </w:rPr>
        <w:t>Printed Name: _____________________________________________________________</w:t>
      </w:r>
    </w:p>
    <w:p>
      <w:r>
        <w:rPr>
          <w:b w:val="0"/>
          <w:sz w:val="20"/>
        </w:rPr>
        <w:t>Date: 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LANDLORD/PROPERTY OWNER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https://letter247-us.com/letter-of-residency/</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of-residency/"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