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 OF RECOMMENDATION</w:t>
      </w:r>
    </w:p>
    <w:p/>
    <w:p/>
    <w:p>
      <w:r>
        <w:rPr>
          <w:b/>
          <w:sz w:val="20"/>
        </w:rPr>
        <w:t>From: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Position/Title: ________________________________________________________</w:t>
      </w:r>
    </w:p>
    <w:p>
      <w:r>
        <w:rPr>
          <w:b w:val="0"/>
          <w:sz w:val="20"/>
        </w:rPr>
        <w:t>Company/Organization: 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Position/Title: ________________________________________________________</w:t>
      </w:r>
    </w:p>
    <w:p>
      <w:r>
        <w:rPr>
          <w:b w:val="0"/>
          <w:sz w:val="20"/>
        </w:rPr>
        <w:t>Company/Organization: 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/>
    <w:p/>
    <w:p>
      <w:r>
        <w:rPr>
          <w:b/>
          <w:sz w:val="20"/>
        </w:rPr>
        <w:t>Subject: Letter of Recommendation for ___________________________________</w:t>
      </w:r>
    </w:p>
    <w:p/>
    <w:p/>
    <w:p>
      <w:r>
        <w:rPr>
          <w:b w:val="0"/>
          <w:sz w:val="20"/>
        </w:rPr>
        <w:t>Dear Sir or Madam,</w:t>
      </w:r>
    </w:p>
    <w:p/>
    <w:p>
      <w:r>
        <w:rPr>
          <w:b w:val="0"/>
          <w:sz w:val="20"/>
        </w:rPr>
        <w:t>I am pleased to write this letter of recommendation for ____________________________________________________ (candidate's full name). I have had the distinct pleasure of working with or supervising the candidate for the past _______________ (duration), during which time I have come to know them personally and professionally.</w:t>
      </w:r>
    </w:p>
    <w:p/>
    <w:p>
      <w:r>
        <w:rPr>
          <w:b/>
          <w:sz w:val="20"/>
        </w:rPr>
        <w:t>Relationship and Context:</w:t>
      </w:r>
    </w:p>
    <w:p>
      <w:r>
        <w:rPr>
          <w:b w:val="0"/>
          <w:sz w:val="20"/>
        </w:rPr>
        <w:t>In my capacity as ________________________________________________________ (your position/title), I have directly observed the candidate's performance and commitment at ____________________________________________________ (company/organization name or context). The candidate reported to me and was responsible for ________________________________________________ (brief description of duties or projects).</w:t>
      </w:r>
    </w:p>
    <w:p/>
    <w:p>
      <w:r>
        <w:rPr>
          <w:b/>
          <w:sz w:val="20"/>
        </w:rPr>
        <w:t>Professional Skills and Qualifications:</w:t>
      </w:r>
    </w:p>
    <w:p>
      <w:r>
        <w:rPr>
          <w:b w:val="0"/>
          <w:sz w:val="20"/>
        </w:rPr>
        <w:t>The candidate has demonstrated outstanding abilities including, but not limited to:</w:t>
      </w:r>
    </w:p>
    <w:p>
      <w:pPr>
        <w:pStyle w:val="ListBullet"/>
      </w:pPr>
      <w:r>
        <w:rPr>
          <w:sz w:val="20"/>
        </w:rPr>
        <w:t>Exceptional communication skills, both written and verbal.</w:t>
      </w:r>
    </w:p>
    <w:p>
      <w:pPr>
        <w:pStyle w:val="ListBullet"/>
      </w:pPr>
      <w:r>
        <w:rPr>
          <w:sz w:val="20"/>
        </w:rPr>
        <w:t>Strong analytical and problem-solving capabilities.</w:t>
      </w:r>
    </w:p>
    <w:p>
      <w:pPr>
        <w:pStyle w:val="ListBullet"/>
      </w:pPr>
      <w:r>
        <w:rPr>
          <w:sz w:val="20"/>
        </w:rPr>
        <w:t>Ability to lead and collaborate effectively within diverse teams.</w:t>
      </w:r>
    </w:p>
    <w:p>
      <w:pPr>
        <w:pStyle w:val="ListBullet"/>
      </w:pPr>
      <w:r>
        <w:rPr>
          <w:sz w:val="20"/>
        </w:rPr>
        <w:t>Consistent dedication to meeting deadlines and project goals.</w:t>
      </w:r>
    </w:p>
    <w:p>
      <w:pPr>
        <w:pStyle w:val="ListBullet"/>
      </w:pPr>
      <w:r>
        <w:rPr>
          <w:sz w:val="20"/>
        </w:rPr>
        <w:t>Adaptability and eagerness to learn new technologies and methodologies.</w:t>
      </w:r>
    </w:p>
    <w:p/>
    <w:p>
      <w:r>
        <w:rPr>
          <w:b/>
          <w:sz w:val="20"/>
        </w:rPr>
        <w:t>Notable Achievements:</w:t>
      </w:r>
    </w:p>
    <w:p>
      <w:r>
        <w:rPr>
          <w:b w:val="0"/>
          <w:sz w:val="20"/>
        </w:rPr>
        <w:t>During the course of our professional relationship, the candidate successfully:</w:t>
      </w:r>
    </w:p>
    <w:p>
      <w:pPr>
        <w:pStyle w:val="ListBullet"/>
      </w:pPr>
      <w:r>
        <w:rPr>
          <w:sz w:val="20"/>
        </w:rPr>
        <w:t>Led a critical project resulting in ________________________________________________________ (result or impact).</w:t>
      </w:r>
    </w:p>
    <w:p>
      <w:pPr>
        <w:pStyle w:val="ListBullet"/>
      </w:pPr>
      <w:r>
        <w:rPr>
          <w:sz w:val="20"/>
        </w:rPr>
        <w:t>Implemented innovative solutions that improved __________________________________________________ (process or performance metric).</w:t>
      </w:r>
    </w:p>
    <w:p>
      <w:pPr>
        <w:pStyle w:val="ListBullet"/>
      </w:pPr>
      <w:r>
        <w:rPr>
          <w:sz w:val="20"/>
        </w:rPr>
        <w:t>Received positive feedback from clients, colleagues, and supervisors for exceptional work ethic and professionalism.</w:t>
      </w:r>
    </w:p>
    <w:p>
      <w:pPr>
        <w:pStyle w:val="ListBullet"/>
      </w:pPr>
      <w:r>
        <w:rPr>
          <w:sz w:val="20"/>
        </w:rPr>
        <w:t>Consistently exceeded performance targets and contributed to team success.</w:t>
      </w:r>
    </w:p>
    <w:p/>
    <w:p>
      <w:r>
        <w:rPr>
          <w:b/>
          <w:sz w:val="20"/>
        </w:rPr>
        <w:t>Personal Attributes:</w:t>
      </w:r>
    </w:p>
    <w:p>
      <w:r>
        <w:rPr>
          <w:b w:val="0"/>
          <w:sz w:val="20"/>
        </w:rPr>
        <w:t>Beyond professional capabilities, the candidate exhibits commendable personal qualities including integrity, reliability, and a strong sense of responsibility. They maintain a positive attitude even under pressure and are always willing to assist colleagues and contribute to a constructive work environment.</w:t>
      </w:r>
    </w:p>
    <w:p/>
    <w:p>
      <w:r>
        <w:rPr>
          <w:b/>
          <w:sz w:val="20"/>
        </w:rPr>
        <w:t>Summary and Endorsement:</w:t>
      </w:r>
    </w:p>
    <w:p>
      <w:r>
        <w:rPr>
          <w:b w:val="0"/>
          <w:sz w:val="20"/>
        </w:rPr>
        <w:t>Based on my experience working with ____________________________________________________ (candidate's name), I confidently recommend them for any position or opportunity they seek. I am certain they will bring the same level of dedication, excellence, and professionalism to future roles as they have consistently demonstrated.</w:t>
      </w:r>
    </w:p>
    <w:p/>
    <w:p>
      <w:r>
        <w:rPr>
          <w:b w:val="0"/>
          <w:sz w:val="20"/>
        </w:rPr>
        <w:t>If you require any additional information or clarification, please do not hesitate to contact me using the details provided above.</w:t>
      </w:r>
    </w:p>
    <w:p/>
    <w:p>
      <w:r>
        <w:rPr>
          <w:b w:val="0"/>
          <w:sz w:val="20"/>
        </w:rPr>
        <w:t>Sincerely,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Signature: 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Name: 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Position/Title: ___________________________</w:t>
            </w:r>
          </w:p>
        </w:tc>
      </w:tr>
    </w:tbl>
    <w:p/>
    <w:p/>
    <w:p>
      <w:r>
        <w:rPr>
          <w:b w:val="0"/>
          <w:sz w:val="20"/>
        </w:rPr>
        <w:t>Enclosures: _______________________________________________________________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https://letter247-us.com/letter-of-recommendation/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letter-of-recommendation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