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 OF RECOMMENDATION FOR RESIDENCY APPLICATION</w:t>
      </w:r>
    </w:p>
    <w:p/>
    <w:p/>
    <w:p>
      <w:r>
        <w:rPr>
          <w:b w:val="0"/>
          <w:sz w:val="20"/>
        </w:rPr>
        <w:t>To Whom It May Concern,</w:t>
      </w:r>
    </w:p>
    <w:p/>
    <w:p>
      <w:r>
        <w:rPr>
          <w:b w:val="0"/>
          <w:sz w:val="20"/>
        </w:rPr>
        <w:t>I am pleased to write this letter of recommendation in support of the residency application of _______________________________________________________________________________.</w:t>
      </w:r>
    </w:p>
    <w:p/>
    <w:p>
      <w:r>
        <w:rPr>
          <w:b/>
          <w:sz w:val="20"/>
        </w:rPr>
        <w:t>Recommender Information:</w:t>
      </w:r>
    </w:p>
    <w:p>
      <w:r>
        <w:rPr>
          <w:b w:val="0"/>
          <w:sz w:val="20"/>
        </w:rPr>
        <w:t>Full Name: ____________________________________________________________</w:t>
      </w:r>
    </w:p>
    <w:p>
      <w:r>
        <w:rPr>
          <w:b w:val="0"/>
          <w:sz w:val="20"/>
        </w:rPr>
        <w:t>Title/Position: _________________________________________________________</w:t>
      </w:r>
    </w:p>
    <w:p>
      <w:r>
        <w:rPr>
          <w:b w:val="0"/>
          <w:sz w:val="20"/>
        </w:rPr>
        <w:t>Organization/Affiliation: _______________________________________________</w:t>
      </w:r>
    </w:p>
    <w:p>
      <w:r>
        <w:rPr>
          <w:b w:val="0"/>
          <w:sz w:val="20"/>
        </w:rPr>
        <w:t>Address: _______________________________________________________________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0"/>
        </w:rPr>
        <w:t>Applicant Information:</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Country of Origin: _____________________________________________________</w:t>
      </w:r>
    </w:p>
    <w:p>
      <w:r>
        <w:rPr>
          <w:b w:val="0"/>
          <w:sz w:val="20"/>
        </w:rPr>
        <w:t>Current Address: _______________________________________________________</w:t>
      </w:r>
    </w:p>
    <w:p>
      <w:r>
        <w:rPr>
          <w:b w:val="0"/>
          <w:sz w:val="20"/>
        </w:rPr>
        <w:t>Phone Number: _________________________________________________________</w:t>
      </w:r>
    </w:p>
    <w:p/>
    <w:p>
      <w:r>
        <w:rPr>
          <w:b/>
          <w:sz w:val="20"/>
        </w:rPr>
        <w:t>Relationship and Duration:</w:t>
      </w:r>
    </w:p>
    <w:p>
      <w:r>
        <w:rPr>
          <w:b w:val="0"/>
          <w:sz w:val="20"/>
        </w:rPr>
        <w:t>I have known the applicant for __________________ years/months in my capacity as _______________________________________________________________________________.</w:t>
      </w:r>
    </w:p>
    <w:p>
      <w:r>
        <w:rPr>
          <w:b w:val="0"/>
          <w:sz w:val="20"/>
        </w:rPr>
        <w:t>During this period, I have had ample opportunity to observe the applicant's character, work ethic, and commitment to community values.</w:t>
      </w:r>
    </w:p>
    <w:p/>
    <w:p>
      <w:r>
        <w:rPr>
          <w:b/>
          <w:sz w:val="20"/>
        </w:rPr>
        <w:t>Character and Qualifications:</w:t>
      </w:r>
    </w:p>
    <w:p>
      <w:r>
        <w:rPr>
          <w:b w:val="0"/>
          <w:sz w:val="20"/>
        </w:rPr>
        <w:t>The applicant has consistently demonstrated qualities that make them an excellent candidate for residency. These qualities include integrity, responsibility, and respect for the laws and customs of the United States.</w:t>
      </w:r>
    </w:p>
    <w:p>
      <w:r>
        <w:rPr>
          <w:b w:val="0"/>
          <w:sz w:val="20"/>
        </w:rPr>
        <w:t>They have shown strong interpersonal skills, the ability to adapt to new environments, and a genuine commitment to contributing positively to society.</w:t>
      </w:r>
    </w:p>
    <w:p/>
    <w:p>
      <w:r>
        <w:rPr>
          <w:b/>
          <w:sz w:val="20"/>
        </w:rPr>
        <w:t>Professional and Community Involvement:</w:t>
      </w:r>
    </w:p>
    <w:p>
      <w:r>
        <w:rPr>
          <w:b w:val="0"/>
          <w:sz w:val="20"/>
        </w:rPr>
        <w:t>The applicant has been actively engaged in their professional field as a ___________________________________________________________.</w:t>
      </w:r>
    </w:p>
    <w:p>
      <w:r>
        <w:rPr>
          <w:b w:val="0"/>
          <w:sz w:val="20"/>
        </w:rPr>
        <w:t>Additionally, they have contributed to the community through activities such as _________________________________________________.</w:t>
      </w:r>
    </w:p>
    <w:p>
      <w:r>
        <w:rPr>
          <w:b w:val="0"/>
          <w:sz w:val="20"/>
        </w:rPr>
        <w:t>Their involvement reflects dedication and a willingness to support and improve the community in which they reside.</w:t>
      </w:r>
    </w:p>
    <w:p/>
    <w:p>
      <w:r>
        <w:rPr>
          <w:b/>
          <w:sz w:val="20"/>
        </w:rPr>
        <w:t>Legal Compliance and Suitability:</w:t>
      </w:r>
    </w:p>
    <w:p>
      <w:r>
        <w:rPr>
          <w:b w:val="0"/>
          <w:sz w:val="20"/>
        </w:rPr>
        <w:t>To the best of my knowledge, the applicant has complied fully with all applicable laws and regulations. There is no record or indication of any conduct that would disqualify them from being granted residency. Their moral character and ethical standards meet the high expectations required for lawful permanent residency.</w:t>
      </w:r>
    </w:p>
    <w:p/>
    <w:p>
      <w:r>
        <w:rPr>
          <w:b/>
          <w:sz w:val="20"/>
        </w:rPr>
        <w:t>Conclusion and Endorsement:</w:t>
      </w:r>
    </w:p>
    <w:p>
      <w:r>
        <w:rPr>
          <w:b w:val="0"/>
          <w:sz w:val="20"/>
        </w:rPr>
        <w:t>In summary, I strongly recommend that the applicant be granted residency status. I am confident that they will be a responsible, law-abiding, and contributing member of the United States community.</w:t>
      </w:r>
    </w:p>
    <w:p/>
    <w:p/>
    <w:p>
      <w:r>
        <w:rPr>
          <w:b w:val="0"/>
          <w:sz w:val="20"/>
        </w:rPr>
        <w:t>Please do not hesitate to contact me should you require any further information or clarification.</w:t>
      </w:r>
    </w:p>
    <w:p/>
    <w:p/>
    <w:p>
      <w:r>
        <w:rPr>
          <w:b w:val="0"/>
          <w:sz w:val="20"/>
        </w:rPr>
        <w:t>Sincerely,</w:t>
      </w:r>
    </w:p>
    <w:p/>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center"/>
            </w:pPr>
            <w:r>
              <w:t>__________________________________________</w:t>
            </w:r>
          </w:p>
        </w:tc>
      </w:tr>
      <w:tr>
        <w:tc>
          <w:tcPr>
            <w:tcW w:type="dxa" w:w="9972"/>
            <w:tcBorders>
              <w:top w:val="nil"/>
              <w:left w:val="nil"/>
              <w:bottom w:val="nil"/>
              <w:right w:val="nil"/>
              <w:insideH w:val="nil"/>
              <w:insideV w:val="nil"/>
            </w:tcBorders>
          </w:tcPr>
          <w:p>
            <w:pPr>
              <w:jc w:val="center"/>
            </w:pPr>
            <w:r>
              <w:t>Full Name of Recommender</w:t>
            </w:r>
          </w:p>
        </w:tc>
      </w:tr>
      <w:tr>
        <w:tc>
          <w:tcPr>
            <w:tcW w:type="dxa" w:w="9972"/>
            <w:tcBorders>
              <w:top w:val="nil"/>
              <w:left w:val="nil"/>
              <w:bottom w:val="nil"/>
              <w:right w:val="nil"/>
              <w:insideH w:val="nil"/>
              <w:insideV w:val="nil"/>
            </w:tcBorders>
          </w:tcPr>
          <w:p>
            <w:pPr>
              <w:jc w:val="center"/>
            </w:pPr>
            <w:r>
              <w:t>Title/Position, Organization/Affiliation, Phone, Email</w:t>
            </w:r>
          </w:p>
        </w:tc>
      </w:tr>
    </w:tbl>
    <w:p>
      <w:r>
        <w:br w:type="page"/>
      </w:r>
    </w:p>
    <w:p>
      <w:pPr>
        <w:jc w:val="center"/>
      </w:pPr>
      <w:r>
        <w:rPr>
          <w:color w:val="555555"/>
          <w:sz w:val="24"/>
        </w:rPr>
        <w:t>Original source of this document:</w:t>
      </w:r>
    </w:p>
    <w:p>
      <w:pPr>
        <w:jc w:val="center"/>
      </w:pPr>
      <w:hyperlink r:id="rId9">
        <w:r>
          <w:rPr>
            <w:color w:val="0000FF"/>
            <w:u w:val="single"/>
          </w:rPr>
          <w:t>https://letter247-us.com/letter-of-recommendation-residency/</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letter-of-recommendation-residency/"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