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INQUIRY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Company Name (if applicable): 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Company Name: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City, State, Zip Code: 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/>
          <w:sz w:val="20"/>
        </w:rPr>
        <w:t>Subject:</w:t>
      </w:r>
    </w:p>
    <w:p>
      <w:r>
        <w:rPr>
          <w:b w:val="0"/>
          <w:sz w:val="20"/>
        </w:rPr>
        <w:t>Inquiry Regarding Products/Services Offered</w:t>
      </w:r>
    </w:p>
    <w:p/>
    <w:p/>
    <w:p>
      <w:r>
        <w:rPr>
          <w:b w:val="0"/>
          <w:sz w:val="20"/>
        </w:rPr>
        <w:t>Dear ____________________________________________,</w:t>
      </w:r>
    </w:p>
    <w:p/>
    <w:p/>
    <w:p>
      <w:r>
        <w:rPr>
          <w:b w:val="0"/>
          <w:sz w:val="20"/>
        </w:rPr>
        <w:t>I am writing to formally inquire about your products and services that may be relevant to my business needs. I have reviewed your company’s profile and would appreciate more detailed information regarding the following:</w:t>
      </w:r>
    </w:p>
    <w:p/>
    <w:p>
      <w:r>
        <w:rPr>
          <w:b w:val="0"/>
          <w:sz w:val="20"/>
        </w:rPr>
        <w:t>1. Detailed specifications and descriptions of the products/services offered.</w:t>
      </w:r>
    </w:p>
    <w:p>
      <w:r>
        <w:rPr>
          <w:b w:val="0"/>
          <w:sz w:val="20"/>
        </w:rPr>
        <w:t>2. Pricing structure, including any volume discounts, payment terms, and available financing options.</w:t>
      </w:r>
    </w:p>
    <w:p>
      <w:r>
        <w:rPr>
          <w:b w:val="0"/>
          <w:sz w:val="20"/>
        </w:rPr>
        <w:t>3. Lead times for order processing and delivery schedules.</w:t>
      </w:r>
    </w:p>
    <w:p>
      <w:r>
        <w:rPr>
          <w:b w:val="0"/>
          <w:sz w:val="20"/>
        </w:rPr>
        <w:t>4. Warranty, return policies, and customer support provisions.</w:t>
      </w:r>
    </w:p>
    <w:p>
      <w:r>
        <w:rPr>
          <w:b w:val="0"/>
          <w:sz w:val="20"/>
        </w:rPr>
        <w:t>5. Any certifications, compliance with industry standards, or third-party verifications.</w:t>
      </w:r>
    </w:p>
    <w:p>
      <w:r>
        <w:rPr>
          <w:b w:val="0"/>
          <w:sz w:val="20"/>
        </w:rPr>
        <w:t>6. References or case studies from previous clients, if available.</w:t>
      </w:r>
    </w:p>
    <w:p>
      <w:r>
        <w:rPr>
          <w:b w:val="0"/>
          <w:sz w:val="20"/>
        </w:rPr>
        <w:t>7. Availability of samples, demonstrations, or trial periods.</w:t>
      </w:r>
    </w:p>
    <w:p>
      <w:r>
        <w:rPr>
          <w:b w:val="0"/>
          <w:sz w:val="20"/>
        </w:rPr>
        <w:t>8. Terms and conditions governing the potential purchase agreement.</w:t>
      </w:r>
    </w:p>
    <w:p/>
    <w:p/>
    <w:p>
      <w:r>
        <w:rPr>
          <w:b w:val="0"/>
          <w:sz w:val="20"/>
        </w:rPr>
        <w:t>Please consider this letter as a formal request for information to assist in making informed purchasing decisions. Your prompt and comprehensive response will be highly appreciated.</w:t>
      </w:r>
    </w:p>
    <w:p/>
    <w:p/>
    <w:p>
      <w:r>
        <w:rPr>
          <w:b/>
          <w:sz w:val="20"/>
        </w:rPr>
        <w:t>Confidentiality Notice:</w:t>
      </w:r>
    </w:p>
    <w:p>
      <w:r>
        <w:rPr>
          <w:b w:val="0"/>
          <w:sz w:val="20"/>
        </w:rPr>
        <w:t>The information provided in response to this inquiry will be treated as confidential and will be used solely for the purpose of evaluating your products/services. Please indicate if any part of your response contains proprietary or confidential information.</w:t>
      </w:r>
    </w:p>
    <w:p/>
    <w:p/>
    <w:p>
      <w:r>
        <w:rPr>
          <w:b/>
          <w:sz w:val="20"/>
        </w:rPr>
        <w:t>Legal Disclaimer:</w:t>
      </w:r>
    </w:p>
    <w:p>
      <w:r>
        <w:rPr>
          <w:b w:val="0"/>
          <w:sz w:val="20"/>
        </w:rPr>
        <w:t>This letter of inquiry does not constitute a binding offer or contract. Any subsequent purchase or engagement will be subject to the negotiation and execution of definitive agreements in accordance with applicable United States laws and regulations.</w:t>
      </w:r>
    </w:p>
    <w:p/>
    <w:p/>
    <w:p>
      <w:r>
        <w:rPr>
          <w:b w:val="0"/>
          <w:sz w:val="20"/>
        </w:rPr>
        <w:t>Thank you for your attention and cooperation. I look forward to your detailed reply.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Date: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Title/Position: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https://letter247-us.com/letter-of-inquiry/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letter-of-inquiry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