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NOTICE OF EVICTION</w:t>
      </w:r>
    </w:p>
    <w:p/>
    <w:p>
      <w:r>
        <w:rPr>
          <w:b/>
          <w:sz w:val="20"/>
        </w:rPr>
        <w:t>Landlord Information:</w:t>
      </w:r>
    </w:p>
    <w:p>
      <w:r>
        <w:rPr>
          <w:b w:val="0"/>
          <w:sz w:val="20"/>
        </w:rPr>
        <w:t>Full Name / Entity: 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Tenant Information:</w:t>
      </w:r>
    </w:p>
    <w:p>
      <w:r>
        <w:rPr>
          <w:b w:val="0"/>
          <w:sz w:val="20"/>
        </w:rPr>
        <w:t>Full Name(s): ___________________________________________________________</w:t>
      </w:r>
    </w:p>
    <w:p>
      <w:r>
        <w:rPr>
          <w:b w:val="0"/>
          <w:sz w:val="20"/>
        </w:rPr>
        <w:t>Rental Property Address: 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2"/>
        </w:rPr>
        <w:t>Subject:</w:t>
      </w:r>
    </w:p>
    <w:p>
      <w:r>
        <w:rPr>
          <w:b/>
          <w:sz w:val="20"/>
        </w:rPr>
        <w:t>Notice of Eviction from Rental Property</w:t>
      </w:r>
    </w:p>
    <w:p/>
    <w:p>
      <w:r>
        <w:rPr>
          <w:b w:val="0"/>
          <w:sz w:val="20"/>
        </w:rPr>
        <w:t>Dear Tenant(s),</w:t>
      </w:r>
    </w:p>
    <w:p/>
    <w:p>
      <w:r>
        <w:rPr>
          <w:b w:val="0"/>
          <w:sz w:val="20"/>
        </w:rPr>
        <w:t>This letter serves as a formal notice of eviction regarding the rental property identified above in accordance with applicable United States federal, state, and local laws.</w:t>
      </w:r>
    </w:p>
    <w:p>
      <w:r>
        <w:rPr>
          <w:b w:val="0"/>
          <w:sz w:val="20"/>
        </w:rPr>
        <w:t>Please be advised that you are required to vacate the premises and surrender possession to the Landlord within the timeframe specified below, failing which legal action may be pursued.</w:t>
      </w:r>
    </w:p>
    <w:p/>
    <w:p>
      <w:r>
        <w:rPr>
          <w:b/>
          <w:sz w:val="22"/>
        </w:rPr>
        <w:t>Grounds for Eviction:</w:t>
      </w:r>
    </w:p>
    <w:p>
      <w:r>
        <w:rPr>
          <w:b/>
          <w:sz w:val="20"/>
        </w:rPr>
        <w:t>The eviction is based on the following reason(s):</w:t>
      </w:r>
    </w:p>
    <w:p>
      <w:r>
        <w:rPr>
          <w:b w:val="0"/>
          <w:sz w:val="20"/>
        </w:rPr>
        <w:t>- Nonpayment of rent</w:t>
      </w:r>
    </w:p>
    <w:p>
      <w:r>
        <w:rPr>
          <w:b w:val="0"/>
          <w:sz w:val="20"/>
        </w:rPr>
        <w:t>- Violation of rental agreement terms or property rules</w:t>
      </w:r>
    </w:p>
    <w:p>
      <w:r>
        <w:rPr>
          <w:b w:val="0"/>
          <w:sz w:val="20"/>
        </w:rPr>
        <w:t>- Illegal use of the premises</w:t>
      </w:r>
    </w:p>
    <w:p>
      <w:r>
        <w:rPr>
          <w:b w:val="0"/>
          <w:sz w:val="20"/>
        </w:rPr>
        <w:t>- Property damage beyond normal wear and tear</w:t>
      </w:r>
    </w:p>
    <w:p>
      <w:r>
        <w:rPr>
          <w:b w:val="0"/>
          <w:sz w:val="20"/>
        </w:rPr>
        <w:t>- Expiration or termination of the lease term</w:t>
      </w:r>
    </w:p>
    <w:p>
      <w:r>
        <w:rPr>
          <w:b w:val="0"/>
          <w:sz w:val="20"/>
        </w:rPr>
        <w:t>- Other lawful grounds: ________________________________________________</w:t>
      </w:r>
    </w:p>
    <w:p/>
    <w:p>
      <w:r>
        <w:rPr>
          <w:b/>
          <w:sz w:val="22"/>
        </w:rPr>
        <w:t>Details of Violation or Breach: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 w:val="0"/>
          <w:sz w:val="20"/>
        </w:rPr>
        <w:t>In accordance with the law, you are hereby provided with a period of ___________________ days to either correct the violation(s) or to vacate the rental property.</w:t>
      </w:r>
    </w:p>
    <w:p>
      <w:r>
        <w:rPr>
          <w:b w:val="0"/>
          <w:sz w:val="20"/>
        </w:rPr>
        <w:t>If the violation(s) are not remedied within this timeframe, or if you fail to vacate the property, eviction proceedings will commence without further notice.</w:t>
      </w:r>
    </w:p>
    <w:p/>
    <w:p>
      <w:r>
        <w:rPr>
          <w:b/>
          <w:sz w:val="22"/>
        </w:rPr>
        <w:t>Outstanding Amounts Due (if applicable):</w:t>
      </w:r>
    </w:p>
    <w:p>
      <w:r>
        <w:rPr>
          <w:b w:val="0"/>
          <w:sz w:val="20"/>
        </w:rPr>
        <w:t>Rent Due: $______________________________</w:t>
      </w:r>
    </w:p>
    <w:p>
      <w:r>
        <w:rPr>
          <w:b w:val="0"/>
          <w:sz w:val="20"/>
        </w:rPr>
        <w:t>Late Fees: $____________________________</w:t>
      </w:r>
    </w:p>
    <w:p>
      <w:r>
        <w:rPr>
          <w:b w:val="0"/>
          <w:sz w:val="20"/>
        </w:rPr>
        <w:t>Other Charges: $________________________</w:t>
      </w:r>
    </w:p>
    <w:p>
      <w:r>
        <w:rPr>
          <w:b w:val="0"/>
          <w:sz w:val="20"/>
        </w:rPr>
        <w:t>Total Amount Due: $_____________________</w:t>
      </w:r>
    </w:p>
    <w:p/>
    <w:p>
      <w:r>
        <w:rPr>
          <w:b/>
          <w:sz w:val="22"/>
        </w:rPr>
        <w:t>Instructions for Vacating the Property:</w:t>
      </w:r>
    </w:p>
    <w:p>
      <w:r>
        <w:rPr>
          <w:b w:val="0"/>
          <w:sz w:val="20"/>
        </w:rPr>
        <w:t>Please ensure that the rental property is returned in clean and undamaged condition, reasonable wear and tear excepted.</w:t>
      </w:r>
    </w:p>
    <w:p>
      <w:r>
        <w:rPr>
          <w:b w:val="0"/>
          <w:sz w:val="20"/>
        </w:rPr>
        <w:t>All keys, garage openers, and access devices must be returned to the Landlord upon vacating.</w:t>
      </w:r>
    </w:p>
    <w:p>
      <w:r>
        <w:rPr>
          <w:b w:val="0"/>
          <w:sz w:val="20"/>
        </w:rPr>
        <w:t>Failure to comply with these instructions may result in deductions from your security deposit or further legal action.</w:t>
      </w:r>
    </w:p>
    <w:p/>
    <w:p>
      <w:r>
        <w:rPr>
          <w:b/>
          <w:sz w:val="22"/>
        </w:rPr>
        <w:t>Security Deposit:</w:t>
      </w:r>
    </w:p>
    <w:p>
      <w:r>
        <w:rPr>
          <w:b w:val="0"/>
          <w:sz w:val="20"/>
        </w:rPr>
        <w:t>The security deposit will be handled in accordance with state law and your lease agreement.</w:t>
      </w:r>
    </w:p>
    <w:p>
      <w:r>
        <w:rPr>
          <w:b w:val="0"/>
          <w:sz w:val="20"/>
        </w:rPr>
        <w:t>Any deductions for damages, unpaid rent, or other charges will be itemized and provided to you within the legally required timeframe.</w:t>
      </w:r>
    </w:p>
    <w:p/>
    <w:p>
      <w:r>
        <w:rPr>
          <w:b/>
          <w:sz w:val="22"/>
        </w:rPr>
        <w:t>Legal Rights and Remedies:</w:t>
      </w:r>
    </w:p>
    <w:p>
      <w:r>
        <w:rPr>
          <w:b w:val="0"/>
          <w:sz w:val="20"/>
        </w:rPr>
        <w:t>This notice is provided without prejudice to any and all other rights and remedies available to the Landlord under the lease agreement and applicable law.</w:t>
      </w:r>
    </w:p>
    <w:p>
      <w:r>
        <w:rPr>
          <w:b w:val="0"/>
          <w:sz w:val="20"/>
        </w:rPr>
        <w:t>You have the right to seek legal counsel and may contest this eviction in court.</w:t>
      </w:r>
    </w:p>
    <w:p>
      <w:r>
        <w:rPr>
          <w:b w:val="0"/>
          <w:sz w:val="20"/>
        </w:rPr>
        <w:t>Please note that failure to comply with this notice may result in a formal eviction lawsuit (unlawful detainer) and judgment against you, including costs and attorney fees.</w:t>
      </w:r>
    </w:p>
    <w:p/>
    <w:p>
      <w:r>
        <w:rPr>
          <w:b/>
          <w:sz w:val="22"/>
        </w:rPr>
        <w:t>Contact Information:</w:t>
      </w:r>
    </w:p>
    <w:p>
      <w:r>
        <w:rPr>
          <w:b w:val="0"/>
          <w:sz w:val="20"/>
        </w:rPr>
        <w:t>For questions or to discuss this matter, please contact the Landlord at the above phone number or email address.</w:t>
      </w:r>
    </w:p>
    <w:p/>
    <w:p>
      <w:r>
        <w:rPr>
          <w:b/>
          <w:sz w:val="20"/>
        </w:rPr>
        <w:t>I hereby certify that a true and correct copy of this Notice of Eviction was delivered to the Tenant(s) by the following means (check all that apply):</w:t>
      </w:r>
    </w:p>
    <w:p>
      <w:r>
        <w:rPr>
          <w:b w:val="0"/>
          <w:sz w:val="20"/>
        </w:rPr>
        <w:t>[ ] Personal Delivery</w:t>
      </w:r>
    </w:p>
    <w:p>
      <w:r>
        <w:rPr>
          <w:b w:val="0"/>
          <w:sz w:val="20"/>
        </w:rPr>
        <w:t>[ ] Certified Mail, Return Receipt Requested</w:t>
      </w:r>
    </w:p>
    <w:p>
      <w:r>
        <w:rPr>
          <w:b w:val="0"/>
          <w:sz w:val="20"/>
        </w:rPr>
        <w:t>[ ] Posting on the Premises</w:t>
      </w:r>
    </w:p>
    <w:p>
      <w:r>
        <w:rPr>
          <w:b w:val="0"/>
          <w:sz w:val="20"/>
        </w:rPr>
        <w:t>[ ] Other: _______________________________________________________________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Landlord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Tenant Acknowledgment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</w:t>
            </w:r>
          </w:p>
        </w:tc>
      </w:tr>
    </w:tbl>
    <w:p/>
    <w:p/>
    <w:p>
      <w:r>
        <w:rPr>
          <w:b w:val="0"/>
          <w:sz w:val="20"/>
        </w:rPr>
        <w:t>Sincerely,</w:t>
      </w:r>
    </w:p>
    <w:p/>
    <w:p/>
    <w:p/>
    <w:p>
      <w:r>
        <w:rPr>
          <w:b w:val="0"/>
          <w:sz w:val="20"/>
        </w:rPr>
        <w:t>_____________________________</w:t>
      </w:r>
    </w:p>
    <w:p>
      <w:r>
        <w:rPr>
          <w:b w:val="0"/>
          <w:sz w:val="20"/>
        </w:rPr>
        <w:t>Landlord / Authorized Agent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https://letter247-us.com/letter-of-eviction/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letter-of-eviction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