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EMPLOYMENT</w:t>
      </w:r>
    </w:p>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Employee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Position and Reporting:</w:t>
      </w:r>
    </w:p>
    <w:p>
      <w:r>
        <w:rPr>
          <w:b w:val="0"/>
          <w:sz w:val="20"/>
        </w:rPr>
        <w:t>Job Title: _______________________________________________________________</w:t>
      </w:r>
    </w:p>
    <w:p>
      <w:r>
        <w:rPr>
          <w:b w:val="0"/>
          <w:sz w:val="20"/>
        </w:rPr>
        <w:t>Department: ______________________________________________________________</w:t>
      </w:r>
    </w:p>
    <w:p>
      <w:r>
        <w:rPr>
          <w:b w:val="0"/>
          <w:sz w:val="20"/>
        </w:rPr>
        <w:t>Supervisor: ______________________________________________________________</w:t>
      </w:r>
    </w:p>
    <w:p/>
    <w:p>
      <w:r>
        <w:rPr>
          <w:b/>
          <w:sz w:val="20"/>
        </w:rPr>
        <w:t>Terms of Employment:</w:t>
      </w:r>
    </w:p>
    <w:p>
      <w:r>
        <w:rPr>
          <w:b w:val="0"/>
          <w:sz w:val="20"/>
        </w:rPr>
        <w:t>Type of Employment (e.g., Full-Time, Part-Time, Temporary): _______________</w:t>
      </w:r>
    </w:p>
    <w:p>
      <w:r>
        <w:rPr>
          <w:b w:val="0"/>
          <w:sz w:val="20"/>
        </w:rPr>
        <w:t>Employment Status: _______________________________________________________</w:t>
      </w:r>
    </w:p>
    <w:p>
      <w:r>
        <w:rPr>
          <w:b w:val="0"/>
          <w:sz w:val="20"/>
        </w:rPr>
        <w:t>Start Date: ______________________________________________________________</w:t>
      </w:r>
    </w:p>
    <w:p>
      <w:r>
        <w:rPr>
          <w:b w:val="0"/>
          <w:sz w:val="20"/>
        </w:rPr>
        <w:t>Work Location: ___________________________________________________________</w:t>
      </w:r>
    </w:p>
    <w:p/>
    <w:p>
      <w:r>
        <w:rPr>
          <w:b/>
          <w:sz w:val="20"/>
        </w:rPr>
        <w:t>Compensation:</w:t>
      </w:r>
    </w:p>
    <w:p>
      <w:r>
        <w:rPr>
          <w:b w:val="0"/>
          <w:sz w:val="20"/>
        </w:rPr>
        <w:t>Salary/Wage: _____________________________________________________________</w:t>
      </w:r>
    </w:p>
    <w:p>
      <w:r>
        <w:rPr>
          <w:b w:val="0"/>
          <w:sz w:val="20"/>
        </w:rPr>
        <w:t>Payment Frequency (e.g., Weekly, Bi-Weekly, Monthly): _____________________</w:t>
      </w:r>
    </w:p>
    <w:p>
      <w:r>
        <w:rPr>
          <w:b w:val="0"/>
          <w:sz w:val="20"/>
        </w:rPr>
        <w:t>Overtime Pay Eligibility: ________________________________________________</w:t>
      </w:r>
    </w:p>
    <w:p>
      <w:r>
        <w:rPr>
          <w:b w:val="0"/>
          <w:sz w:val="20"/>
        </w:rPr>
        <w:t>Bonuses/Commissions (if applicable): _____________________________________</w:t>
      </w:r>
    </w:p>
    <w:p/>
    <w:p>
      <w:r>
        <w:rPr>
          <w:b/>
          <w:sz w:val="20"/>
        </w:rPr>
        <w:t>Work Schedule:</w:t>
      </w:r>
    </w:p>
    <w:p>
      <w:r>
        <w:rPr>
          <w:b w:val="0"/>
          <w:sz w:val="20"/>
        </w:rPr>
        <w:t>Regular Working Hours: _________________________________________________</w:t>
      </w:r>
    </w:p>
    <w:p>
      <w:r>
        <w:rPr>
          <w:b w:val="0"/>
          <w:sz w:val="20"/>
        </w:rPr>
        <w:t>Days of Work: ___________________________________________________________</w:t>
      </w:r>
    </w:p>
    <w:p>
      <w:r>
        <w:rPr>
          <w:b w:val="0"/>
          <w:sz w:val="20"/>
        </w:rPr>
        <w:t>Meal and Rest Breaks: ___________________________________________________</w:t>
      </w:r>
    </w:p>
    <w:p/>
    <w:p>
      <w:r>
        <w:rPr>
          <w:b/>
          <w:sz w:val="20"/>
        </w:rPr>
        <w:t>Benefits:</w:t>
      </w:r>
    </w:p>
    <w:p>
      <w:r>
        <w:rPr>
          <w:b w:val="0"/>
          <w:sz w:val="20"/>
        </w:rPr>
        <w:t>Health Insurance: _______________________________________________________</w:t>
      </w:r>
    </w:p>
    <w:p>
      <w:r>
        <w:rPr>
          <w:b w:val="0"/>
          <w:sz w:val="20"/>
        </w:rPr>
        <w:t>Retirement Plan: _________________________________________________________</w:t>
      </w:r>
    </w:p>
    <w:p>
      <w:r>
        <w:rPr>
          <w:b w:val="0"/>
          <w:sz w:val="20"/>
        </w:rPr>
        <w:t>Paid Time Off (Vacation, Sick Leave, Holidays): __________________________</w:t>
      </w:r>
    </w:p>
    <w:p>
      <w:r>
        <w:rPr>
          <w:b w:val="0"/>
          <w:sz w:val="20"/>
        </w:rPr>
        <w:t>Other Benefits: _________________________________________________________</w:t>
      </w:r>
    </w:p>
    <w:p/>
    <w:p>
      <w:r>
        <w:rPr>
          <w:b/>
          <w:sz w:val="20"/>
        </w:rPr>
        <w:t>At-Will Employment:</w:t>
      </w:r>
    </w:p>
    <w:p>
      <w:r>
        <w:rPr>
          <w:b w:val="0"/>
          <w:sz w:val="20"/>
        </w:rPr>
        <w:t>Employment with the Company is at-will, meaning either the Employee or the Employer may terminate the employment relationship at any time, with or without cause or notice, unless otherwise agreed in writing.</w:t>
      </w:r>
    </w:p>
    <w:p/>
    <w:p>
      <w:r>
        <w:rPr>
          <w:b/>
          <w:sz w:val="20"/>
        </w:rPr>
        <w:t>Duties and Responsibilities:</w:t>
      </w:r>
    </w:p>
    <w:p>
      <w:r>
        <w:rPr>
          <w:b w:val="0"/>
          <w:sz w:val="20"/>
        </w:rPr>
        <w:t>The Employee agrees to perform the duties and responsibilities customarily associated with the position described above and any other lawful duties assigned by the Employer.</w:t>
      </w:r>
    </w:p>
    <w:p/>
    <w:p>
      <w:r>
        <w:rPr>
          <w:b/>
          <w:sz w:val="20"/>
        </w:rPr>
        <w:t>Confidentiality and Non-Disclosure:</w:t>
      </w:r>
    </w:p>
    <w:p>
      <w:r>
        <w:rPr>
          <w:b w:val="0"/>
          <w:sz w:val="20"/>
        </w:rPr>
        <w:t>The Employee agrees to maintain the confidentiality of all proprietary and confidential information of the Employer during and after the term of employment. The Employee shall not disclose such information without prior written consent of the Employer.</w:t>
      </w:r>
    </w:p>
    <w:p/>
    <w:p>
      <w:r>
        <w:rPr>
          <w:b/>
          <w:sz w:val="20"/>
        </w:rPr>
        <w:t>Intellectual Property:</w:t>
      </w:r>
    </w:p>
    <w:p>
      <w:r>
        <w:rPr>
          <w:b w:val="0"/>
          <w:sz w:val="20"/>
        </w:rPr>
        <w:t>Any inventions, works of authorship, or other intellectual property created by the Employee during the term of employment related to the Employer’s business shall be the exclusive property of the Employer.</w:t>
      </w:r>
    </w:p>
    <w:p/>
    <w:p>
      <w:r>
        <w:rPr>
          <w:b/>
          <w:sz w:val="20"/>
        </w:rPr>
        <w:t>Non-Compete and Non-Solicitation:</w:t>
      </w:r>
    </w:p>
    <w:p>
      <w:r>
        <w:rPr>
          <w:b w:val="0"/>
          <w:sz w:val="20"/>
        </w:rPr>
        <w:t>The Employee agrees that for a period of _______ months following termination of employment, the Employee will not directly or indirectly engage in any business competitive with the Employer, nor solicit the Employer’s clients or employees, in accordance with applicable law.</w:t>
      </w:r>
    </w:p>
    <w:p/>
    <w:p>
      <w:r>
        <w:rPr>
          <w:b/>
          <w:sz w:val="20"/>
        </w:rPr>
        <w:t>Termination:</w:t>
      </w:r>
    </w:p>
    <w:p>
      <w:r>
        <w:rPr>
          <w:b w:val="0"/>
          <w:sz w:val="20"/>
        </w:rPr>
        <w:t>Either party may terminate this Agreement at any time by providing written notice to the other party as required by law or company policy. Upon termination, the Employee agrees to return all Employer property.</w:t>
      </w:r>
    </w:p>
    <w:p/>
    <w:p>
      <w:r>
        <w:rPr>
          <w:b/>
          <w:sz w:val="20"/>
        </w:rPr>
        <w:t>Governing Law:</w:t>
      </w:r>
    </w:p>
    <w:p>
      <w:r>
        <w:rPr>
          <w:b w:val="0"/>
          <w:sz w:val="20"/>
        </w:rPr>
        <w:t>This Agreement shall be governed and construed in accordance with the laws of the State in which the Employee primarily performs their job duties, without regard to its conflict of law principles.</w:t>
      </w:r>
    </w:p>
    <w:p/>
    <w:p>
      <w:r>
        <w:rPr>
          <w:b/>
          <w:sz w:val="20"/>
        </w:rPr>
        <w:t>Entire Agreement:</w:t>
      </w:r>
    </w:p>
    <w:p>
      <w:r>
        <w:rPr>
          <w:b w:val="0"/>
          <w:sz w:val="20"/>
        </w:rPr>
        <w:t>This letter constitutes the entire agreement between the Employee and the Employer regarding the terms and conditions of employment and supersedes all prior agreements or understandings, whether written or oral.</w:t>
      </w:r>
    </w:p>
    <w:p/>
    <w:p/>
    <w:p>
      <w:r>
        <w:rPr>
          <w:b/>
          <w:sz w:val="20"/>
        </w:rPr>
        <w:t>Acknowledgment:</w:t>
      </w:r>
    </w:p>
    <w:p>
      <w:r>
        <w:rPr>
          <w:b w:val="0"/>
          <w:sz w:val="20"/>
        </w:rPr>
        <w:t>By signing below, the Employee acknowledges having read, understood, and agreed to the terms and conditions set forth in this Letter of Employment.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https://letter247-us.com/letter-of-employment/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etter-of-employment/"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